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6EF77C" w14:textId="1228C1DF" w:rsidR="00626FE7" w:rsidRPr="00844222" w:rsidRDefault="00000000" w:rsidP="00E85E62">
      <w:pPr>
        <w:pStyle w:val="berschrift1"/>
        <w:spacing w:before="0"/>
        <w:rPr>
          <w:lang w:val="de-CH"/>
        </w:rPr>
      </w:pPr>
      <w:r w:rsidRPr="00844222">
        <w:rPr>
          <w:lang w:val="de-CH"/>
        </w:rPr>
        <w:t>Statuten des Vereins</w:t>
      </w:r>
      <w:r w:rsidRPr="00844222">
        <w:rPr>
          <w:lang w:val="de-CH"/>
        </w:rPr>
        <w:br/>
        <w:t>GESELLSCHAFT ZUR WAAGE</w:t>
      </w:r>
      <w:r w:rsidR="00844222">
        <w:rPr>
          <w:lang w:val="de-CH"/>
        </w:rPr>
        <w:t xml:space="preserve"> </w:t>
      </w:r>
      <w:r w:rsidRPr="00844222">
        <w:rPr>
          <w:lang w:val="de-CH"/>
        </w:rPr>
        <w:t>LUZERN</w:t>
      </w:r>
    </w:p>
    <w:p w14:paraId="6319362C" w14:textId="2E78475A" w:rsidR="00626FE7" w:rsidRPr="00844222" w:rsidRDefault="00000000" w:rsidP="00E85E62">
      <w:pPr>
        <w:spacing w:after="0"/>
        <w:rPr>
          <w:lang w:val="de-CH"/>
        </w:rPr>
      </w:pPr>
      <w:r w:rsidRPr="00844222">
        <w:rPr>
          <w:lang w:val="de-CH"/>
        </w:rPr>
        <w:t>(Statutenrevision 202</w:t>
      </w:r>
      <w:r w:rsidR="00844222">
        <w:rPr>
          <w:lang w:val="de-CH"/>
        </w:rPr>
        <w:t>6</w:t>
      </w:r>
      <w:r w:rsidRPr="00844222">
        <w:rPr>
          <w:lang w:val="de-CH"/>
        </w:rPr>
        <w:t>)</w:t>
      </w:r>
    </w:p>
    <w:p w14:paraId="594025ED" w14:textId="77777777" w:rsidR="00626FE7" w:rsidRPr="00844222" w:rsidRDefault="00626FE7" w:rsidP="00E85E62">
      <w:pPr>
        <w:spacing w:after="0"/>
        <w:rPr>
          <w:lang w:val="de-CH"/>
        </w:rPr>
      </w:pPr>
    </w:p>
    <w:p w14:paraId="0CFBDD2D" w14:textId="77777777" w:rsidR="00626FE7" w:rsidRPr="00E85E62" w:rsidRDefault="00000000" w:rsidP="00E85E62">
      <w:pPr>
        <w:spacing w:after="0"/>
        <w:rPr>
          <w:b/>
          <w:bCs/>
          <w:lang w:val="de-CH"/>
        </w:rPr>
      </w:pPr>
      <w:r w:rsidRPr="00E85E62">
        <w:rPr>
          <w:b/>
          <w:bCs/>
          <w:lang w:val="de-CH"/>
        </w:rPr>
        <w:t>I. Name, Sitz und Grundsätze</w:t>
      </w:r>
    </w:p>
    <w:p w14:paraId="3560C64A" w14:textId="77777777" w:rsidR="00626FE7" w:rsidRPr="00844222" w:rsidRDefault="00626FE7" w:rsidP="00E85E62">
      <w:pPr>
        <w:spacing w:after="0"/>
        <w:rPr>
          <w:lang w:val="de-CH"/>
        </w:rPr>
      </w:pPr>
    </w:p>
    <w:p w14:paraId="5CA3CE89" w14:textId="77777777" w:rsidR="00626FE7" w:rsidRPr="00E85E62" w:rsidRDefault="00000000" w:rsidP="00E85E62">
      <w:pPr>
        <w:spacing w:after="0"/>
        <w:rPr>
          <w:b/>
          <w:bCs/>
          <w:lang w:val="de-CH"/>
        </w:rPr>
      </w:pPr>
      <w:r w:rsidRPr="00E85E62">
        <w:rPr>
          <w:b/>
          <w:bCs/>
          <w:lang w:val="de-CH"/>
        </w:rPr>
        <w:t>Art. 1 Name und Sitz</w:t>
      </w:r>
    </w:p>
    <w:p w14:paraId="13374CD1" w14:textId="77777777" w:rsidR="00626FE7" w:rsidRPr="00844222" w:rsidRDefault="00000000" w:rsidP="00E85E62">
      <w:pPr>
        <w:spacing w:after="0"/>
        <w:rPr>
          <w:lang w:val="de-CH"/>
        </w:rPr>
      </w:pPr>
      <w:r w:rsidRPr="00844222">
        <w:rPr>
          <w:lang w:val="de-CH"/>
        </w:rPr>
        <w:t>Unter dem Namen „Gesellschaft zur Waage“ besteht ein Verein im Sinne von Art. 60 ff. des Schweizerischen Zivilgesetzbuches (ZGB) mit Sitz in Luzern.</w:t>
      </w:r>
    </w:p>
    <w:p w14:paraId="4B8AA8BE" w14:textId="77777777" w:rsidR="00626FE7" w:rsidRPr="00844222" w:rsidRDefault="00000000" w:rsidP="00E85E62">
      <w:pPr>
        <w:spacing w:after="0"/>
        <w:rPr>
          <w:lang w:val="de-CH"/>
        </w:rPr>
      </w:pPr>
      <w:r w:rsidRPr="00844222">
        <w:rPr>
          <w:lang w:val="de-CH"/>
        </w:rPr>
        <w:t>Der Verein ist politisch und konfessionell unabhängig.</w:t>
      </w:r>
    </w:p>
    <w:p w14:paraId="2178716B" w14:textId="77777777" w:rsidR="00626FE7" w:rsidRPr="00844222" w:rsidRDefault="00626FE7" w:rsidP="00E85E62">
      <w:pPr>
        <w:spacing w:after="0"/>
        <w:rPr>
          <w:lang w:val="de-CH"/>
        </w:rPr>
      </w:pPr>
    </w:p>
    <w:p w14:paraId="24A3DB08" w14:textId="77777777" w:rsidR="00626FE7" w:rsidRPr="00E85E62" w:rsidRDefault="00000000" w:rsidP="00E85E62">
      <w:pPr>
        <w:spacing w:after="0"/>
        <w:rPr>
          <w:b/>
          <w:bCs/>
          <w:lang w:val="de-CH"/>
        </w:rPr>
      </w:pPr>
      <w:r w:rsidRPr="00E85E62">
        <w:rPr>
          <w:b/>
          <w:bCs/>
          <w:lang w:val="de-CH"/>
        </w:rPr>
        <w:t>Art. 2 Zweck</w:t>
      </w:r>
    </w:p>
    <w:p w14:paraId="3D168E7C" w14:textId="77777777" w:rsidR="00626FE7" w:rsidRPr="00844222" w:rsidRDefault="00000000" w:rsidP="00E85E62">
      <w:pPr>
        <w:spacing w:after="0"/>
        <w:rPr>
          <w:lang w:val="de-CH"/>
        </w:rPr>
      </w:pPr>
      <w:r w:rsidRPr="00844222">
        <w:rPr>
          <w:lang w:val="de-CH"/>
        </w:rPr>
        <w:t>Der Verein bezweckt die Förderung von Wissen, Bewusstsein und Verantwortung im Hinblick auf gesellschaftliche, wirtschaftliche und staatliche Zusammenhänge.</w:t>
      </w:r>
    </w:p>
    <w:p w14:paraId="2564F6F4" w14:textId="77777777" w:rsidR="00626FE7" w:rsidRDefault="00000000" w:rsidP="00E85E62">
      <w:pPr>
        <w:spacing w:after="0"/>
        <w:rPr>
          <w:lang w:val="de-CH"/>
        </w:rPr>
      </w:pPr>
      <w:r w:rsidRPr="00844222">
        <w:rPr>
          <w:lang w:val="de-CH"/>
        </w:rPr>
        <w:t>Er verfolgt insbesondere folgende Ziele:</w:t>
      </w:r>
    </w:p>
    <w:p w14:paraId="72066F2A" w14:textId="77777777" w:rsidR="00E85E62" w:rsidRPr="00844222" w:rsidRDefault="00E85E62" w:rsidP="00E85E62">
      <w:pPr>
        <w:spacing w:after="0"/>
        <w:rPr>
          <w:lang w:val="de-CH"/>
        </w:rPr>
      </w:pPr>
    </w:p>
    <w:p w14:paraId="2D62A231" w14:textId="1F781366" w:rsidR="00626FE7" w:rsidRPr="00E85E62" w:rsidRDefault="00000000" w:rsidP="00E85E62">
      <w:pPr>
        <w:pStyle w:val="Listenabsatz"/>
        <w:numPr>
          <w:ilvl w:val="0"/>
          <w:numId w:val="11"/>
        </w:numPr>
        <w:spacing w:after="0"/>
        <w:rPr>
          <w:lang w:val="de-CH"/>
        </w:rPr>
      </w:pPr>
      <w:r w:rsidRPr="00E85E62">
        <w:rPr>
          <w:lang w:val="de-CH"/>
        </w:rPr>
        <w:t>Aufklärung und Bildung über Voraussetzungen für nachhaltigen Wohlstand, individuelle Freiheit und gesellschaftliche Stabilität,</w:t>
      </w:r>
    </w:p>
    <w:p w14:paraId="3BF50A71" w14:textId="2E2ED7EA" w:rsidR="00626FE7" w:rsidRPr="00E85E62" w:rsidRDefault="00000000" w:rsidP="00E85E62">
      <w:pPr>
        <w:pStyle w:val="Listenabsatz"/>
        <w:numPr>
          <w:ilvl w:val="0"/>
          <w:numId w:val="11"/>
        </w:numPr>
        <w:spacing w:after="0"/>
        <w:rPr>
          <w:lang w:val="de-CH"/>
        </w:rPr>
      </w:pPr>
      <w:r w:rsidRPr="00E85E62">
        <w:rPr>
          <w:lang w:val="de-CH"/>
        </w:rPr>
        <w:t>Förderung des eigenverantwortlichen Denkens sowie der kritischen Auseinandersetzung mit gesellschaftlichen, wirtschaftlichen und staatlichen Entwicklungen,</w:t>
      </w:r>
    </w:p>
    <w:p w14:paraId="429E6652" w14:textId="5F680ACC" w:rsidR="00626FE7" w:rsidRPr="00E85E62" w:rsidRDefault="00000000" w:rsidP="00E85E62">
      <w:pPr>
        <w:pStyle w:val="Listenabsatz"/>
        <w:numPr>
          <w:ilvl w:val="0"/>
          <w:numId w:val="11"/>
        </w:numPr>
        <w:spacing w:after="0"/>
        <w:rPr>
          <w:lang w:val="de-CH"/>
        </w:rPr>
      </w:pPr>
      <w:r w:rsidRPr="00E85E62">
        <w:rPr>
          <w:lang w:val="de-CH"/>
        </w:rPr>
        <w:t>Vermittlung von Werten, die eine freiheitliche, rechtsstaatliche und leistungsfähige Gesellschafts- und Wirtschaftsordnung sichern und zukünftigen Generationen eine lebenswerte Zukunft ermöglichen.</w:t>
      </w:r>
    </w:p>
    <w:p w14:paraId="51C82663" w14:textId="77777777" w:rsidR="00626FE7" w:rsidRPr="00844222" w:rsidRDefault="00626FE7" w:rsidP="00E85E62">
      <w:pPr>
        <w:spacing w:after="0"/>
        <w:rPr>
          <w:lang w:val="de-CH"/>
        </w:rPr>
      </w:pPr>
    </w:p>
    <w:p w14:paraId="06759290" w14:textId="77777777" w:rsidR="00626FE7" w:rsidRPr="00844222" w:rsidRDefault="00000000" w:rsidP="00E85E62">
      <w:pPr>
        <w:spacing w:after="0"/>
        <w:rPr>
          <w:lang w:val="de-CH"/>
        </w:rPr>
      </w:pPr>
      <w:r w:rsidRPr="00844222">
        <w:rPr>
          <w:lang w:val="de-CH"/>
        </w:rPr>
        <w:t>Der Verein verfolgt keine wirtschaftlichen, kommerziellen oder parteipolitischen Zwecke.</w:t>
      </w:r>
    </w:p>
    <w:p w14:paraId="678455AF" w14:textId="77777777" w:rsidR="00626FE7" w:rsidRPr="00844222" w:rsidRDefault="00626FE7" w:rsidP="00E85E62">
      <w:pPr>
        <w:spacing w:after="0"/>
        <w:rPr>
          <w:lang w:val="de-CH"/>
        </w:rPr>
      </w:pPr>
    </w:p>
    <w:p w14:paraId="5AD7FD54" w14:textId="77777777" w:rsidR="00626FE7" w:rsidRPr="0065448B" w:rsidRDefault="00000000" w:rsidP="00E85E62">
      <w:pPr>
        <w:spacing w:after="0"/>
        <w:rPr>
          <w:b/>
          <w:bCs/>
          <w:lang w:val="de-CH"/>
        </w:rPr>
      </w:pPr>
      <w:r w:rsidRPr="0065448B">
        <w:rPr>
          <w:b/>
          <w:bCs/>
          <w:lang w:val="de-CH"/>
        </w:rPr>
        <w:t>Art. 2a Abgrenzung der Tätigkeit</w:t>
      </w:r>
    </w:p>
    <w:p w14:paraId="2B1E68CB" w14:textId="77777777" w:rsidR="00626FE7" w:rsidRDefault="00000000" w:rsidP="00E85E62">
      <w:pPr>
        <w:spacing w:after="0"/>
        <w:rPr>
          <w:lang w:val="de-CH"/>
        </w:rPr>
      </w:pPr>
      <w:r w:rsidRPr="00844222">
        <w:rPr>
          <w:lang w:val="de-CH"/>
        </w:rPr>
        <w:t>Der Verein kann sich zu aktuellen gesellschaftlichen, wirtschaftlichen und staatspolitischen Fragestellungen äussern, diese analysieren und deren kurz- und langfristige Auswirkungen darstellen.</w:t>
      </w:r>
    </w:p>
    <w:p w14:paraId="03CF5325" w14:textId="77777777" w:rsidR="0065448B" w:rsidRPr="00844222" w:rsidRDefault="0065448B" w:rsidP="00E85E62">
      <w:pPr>
        <w:spacing w:after="0"/>
        <w:rPr>
          <w:lang w:val="de-CH"/>
        </w:rPr>
      </w:pPr>
    </w:p>
    <w:p w14:paraId="48A6EF17" w14:textId="77777777" w:rsidR="00626FE7" w:rsidRPr="00844222" w:rsidRDefault="00000000" w:rsidP="00E85E62">
      <w:pPr>
        <w:spacing w:after="0"/>
        <w:rPr>
          <w:lang w:val="de-CH"/>
        </w:rPr>
      </w:pPr>
      <w:r w:rsidRPr="00844222">
        <w:rPr>
          <w:lang w:val="de-CH"/>
        </w:rPr>
        <w:t>Der Verein gibt jedoch keine Empfehlungen zu Wahlen oder Abstimmungen ab und führt keine politischen Kampagnen.</w:t>
      </w:r>
    </w:p>
    <w:p w14:paraId="1F33AFA5" w14:textId="77777777" w:rsidR="0065448B" w:rsidRDefault="0065448B" w:rsidP="00E85E62">
      <w:pPr>
        <w:spacing w:after="0"/>
        <w:rPr>
          <w:lang w:val="de-CH"/>
        </w:rPr>
      </w:pPr>
    </w:p>
    <w:p w14:paraId="472F19CD" w14:textId="4B6191EE" w:rsidR="0065448B" w:rsidRDefault="00000000" w:rsidP="00E85E62">
      <w:pPr>
        <w:spacing w:after="0"/>
        <w:rPr>
          <w:lang w:val="de-CH"/>
        </w:rPr>
      </w:pPr>
      <w:r w:rsidRPr="00844222">
        <w:rPr>
          <w:lang w:val="de-CH"/>
        </w:rPr>
        <w:t>Die Tätigkeit des Vereins dient ausschliesslich der Information, Bildung und eigenständigen Meinungsbildung.</w:t>
      </w:r>
    </w:p>
    <w:p w14:paraId="424C4227" w14:textId="77777777" w:rsidR="00D7674E" w:rsidRDefault="00D7674E">
      <w:pPr>
        <w:rPr>
          <w:b/>
          <w:bCs/>
          <w:lang w:val="de-CH"/>
        </w:rPr>
      </w:pPr>
      <w:r>
        <w:rPr>
          <w:b/>
          <w:bCs/>
          <w:lang w:val="de-CH"/>
        </w:rPr>
        <w:br w:type="page"/>
      </w:r>
    </w:p>
    <w:p w14:paraId="405C2D01" w14:textId="51EB1332" w:rsidR="00626FE7" w:rsidRPr="0065448B" w:rsidRDefault="00000000" w:rsidP="00E85E62">
      <w:pPr>
        <w:spacing w:after="0"/>
        <w:rPr>
          <w:b/>
          <w:bCs/>
          <w:lang w:val="de-CH"/>
        </w:rPr>
      </w:pPr>
      <w:r w:rsidRPr="0065448B">
        <w:rPr>
          <w:b/>
          <w:bCs/>
          <w:lang w:val="de-CH"/>
        </w:rPr>
        <w:lastRenderedPageBreak/>
        <w:t>Art. 3 Mittel zur Zweckverfolgung</w:t>
      </w:r>
    </w:p>
    <w:p w14:paraId="2B37590E" w14:textId="77777777" w:rsidR="00626FE7" w:rsidRPr="00844222" w:rsidRDefault="00000000" w:rsidP="00E85E62">
      <w:pPr>
        <w:spacing w:after="0"/>
        <w:rPr>
          <w:lang w:val="de-CH"/>
        </w:rPr>
      </w:pPr>
      <w:r w:rsidRPr="00844222">
        <w:rPr>
          <w:lang w:val="de-CH"/>
        </w:rPr>
        <w:t>Der Vereinszweck wird insbesondere erreicht durch:</w:t>
      </w:r>
    </w:p>
    <w:p w14:paraId="056031D3" w14:textId="45ABE75C" w:rsidR="00626FE7" w:rsidRPr="0065448B" w:rsidRDefault="00000000" w:rsidP="0065448B">
      <w:pPr>
        <w:pStyle w:val="Listenabsatz"/>
        <w:numPr>
          <w:ilvl w:val="0"/>
          <w:numId w:val="13"/>
        </w:numPr>
        <w:spacing w:after="0"/>
        <w:rPr>
          <w:lang w:val="de-CH"/>
        </w:rPr>
      </w:pPr>
      <w:r w:rsidRPr="0065448B">
        <w:rPr>
          <w:lang w:val="de-CH"/>
        </w:rPr>
        <w:t>Informations- und Bildungsangebote (z. B. Vorträge, Publikationen, Diskussionsformate),</w:t>
      </w:r>
    </w:p>
    <w:p w14:paraId="566426EB" w14:textId="77E296CD" w:rsidR="00626FE7" w:rsidRPr="0065448B" w:rsidRDefault="00000000" w:rsidP="0065448B">
      <w:pPr>
        <w:pStyle w:val="Listenabsatz"/>
        <w:numPr>
          <w:ilvl w:val="0"/>
          <w:numId w:val="13"/>
        </w:numPr>
        <w:spacing w:after="0"/>
        <w:rPr>
          <w:lang w:val="de-CH"/>
        </w:rPr>
      </w:pPr>
      <w:r w:rsidRPr="0065448B">
        <w:rPr>
          <w:lang w:val="de-CH"/>
        </w:rPr>
        <w:t>Veranstaltungen zur Wissensvermittlung und Meinungsbildung,</w:t>
      </w:r>
    </w:p>
    <w:p w14:paraId="5B35F935" w14:textId="1A1E7FFB" w:rsidR="00626FE7" w:rsidRPr="0065448B" w:rsidRDefault="00000000" w:rsidP="0065448B">
      <w:pPr>
        <w:pStyle w:val="Listenabsatz"/>
        <w:numPr>
          <w:ilvl w:val="0"/>
          <w:numId w:val="13"/>
        </w:numPr>
        <w:spacing w:after="0"/>
        <w:rPr>
          <w:lang w:val="de-CH"/>
        </w:rPr>
      </w:pPr>
      <w:r w:rsidRPr="0065448B">
        <w:rPr>
          <w:lang w:val="de-CH"/>
        </w:rPr>
        <w:t>Zusammenarbeit mit gleichgerichteten, gemeinnützigen Organisationen,</w:t>
      </w:r>
    </w:p>
    <w:p w14:paraId="40A65F6A" w14:textId="5378EFD4" w:rsidR="00626FE7" w:rsidRPr="0065448B" w:rsidRDefault="00000000" w:rsidP="0065448B">
      <w:pPr>
        <w:pStyle w:val="Listenabsatz"/>
        <w:numPr>
          <w:ilvl w:val="0"/>
          <w:numId w:val="13"/>
        </w:numPr>
        <w:spacing w:after="0"/>
        <w:rPr>
          <w:lang w:val="de-CH"/>
        </w:rPr>
      </w:pPr>
      <w:r w:rsidRPr="0065448B">
        <w:rPr>
          <w:lang w:val="de-CH"/>
        </w:rPr>
        <w:t>Öffentlichkeitsarbeit im Rahmen des Vereinszwecks.</w:t>
      </w:r>
    </w:p>
    <w:p w14:paraId="49A73455" w14:textId="77777777" w:rsidR="00626FE7" w:rsidRDefault="00626FE7" w:rsidP="00E85E62">
      <w:pPr>
        <w:spacing w:after="0"/>
        <w:rPr>
          <w:lang w:val="de-CH"/>
        </w:rPr>
      </w:pPr>
    </w:p>
    <w:p w14:paraId="7EB0BF74" w14:textId="77777777" w:rsidR="0065448B" w:rsidRPr="00844222" w:rsidRDefault="0065448B" w:rsidP="00E85E62">
      <w:pPr>
        <w:spacing w:after="0"/>
        <w:rPr>
          <w:lang w:val="de-CH"/>
        </w:rPr>
      </w:pPr>
    </w:p>
    <w:p w14:paraId="2E8F7E04" w14:textId="77777777" w:rsidR="00626FE7" w:rsidRPr="0065448B" w:rsidRDefault="00000000" w:rsidP="00E85E62">
      <w:pPr>
        <w:spacing w:after="0"/>
        <w:rPr>
          <w:b/>
          <w:bCs/>
          <w:lang w:val="de-CH"/>
        </w:rPr>
      </w:pPr>
      <w:r w:rsidRPr="0065448B">
        <w:rPr>
          <w:b/>
          <w:bCs/>
          <w:lang w:val="de-CH"/>
        </w:rPr>
        <w:t>II. Mitgliedschaft</w:t>
      </w:r>
    </w:p>
    <w:p w14:paraId="51E230D3" w14:textId="77777777" w:rsidR="00626FE7" w:rsidRPr="00844222" w:rsidRDefault="00626FE7" w:rsidP="00E85E62">
      <w:pPr>
        <w:spacing w:after="0"/>
        <w:rPr>
          <w:lang w:val="de-CH"/>
        </w:rPr>
      </w:pPr>
    </w:p>
    <w:p w14:paraId="6D77F288" w14:textId="77777777" w:rsidR="00626FE7" w:rsidRPr="0065448B" w:rsidRDefault="00000000" w:rsidP="00E85E62">
      <w:pPr>
        <w:spacing w:after="0"/>
        <w:rPr>
          <w:b/>
          <w:bCs/>
          <w:lang w:val="de-CH"/>
        </w:rPr>
      </w:pPr>
      <w:r w:rsidRPr="0065448B">
        <w:rPr>
          <w:b/>
          <w:bCs/>
          <w:lang w:val="de-CH"/>
        </w:rPr>
        <w:t>Art. 4 Mitglieder</w:t>
      </w:r>
    </w:p>
    <w:p w14:paraId="2DA02A1E" w14:textId="77777777" w:rsidR="00626FE7" w:rsidRPr="00844222" w:rsidRDefault="00000000" w:rsidP="00E85E62">
      <w:pPr>
        <w:spacing w:after="0"/>
        <w:rPr>
          <w:lang w:val="de-CH"/>
        </w:rPr>
      </w:pPr>
      <w:r w:rsidRPr="00844222">
        <w:rPr>
          <w:lang w:val="de-CH"/>
        </w:rPr>
        <w:t>Der Verein besteht aus natürlichen Personen. Eine Begrenzung der Mitgliederzahl besteht nicht.</w:t>
      </w:r>
    </w:p>
    <w:p w14:paraId="747C8B26" w14:textId="77777777" w:rsidR="00626FE7" w:rsidRPr="00844222" w:rsidRDefault="00626FE7" w:rsidP="00E85E62">
      <w:pPr>
        <w:spacing w:after="0"/>
        <w:rPr>
          <w:lang w:val="de-CH"/>
        </w:rPr>
      </w:pPr>
    </w:p>
    <w:p w14:paraId="68F3313B" w14:textId="77777777" w:rsidR="00626FE7" w:rsidRPr="0065448B" w:rsidRDefault="00000000" w:rsidP="00E85E62">
      <w:pPr>
        <w:spacing w:after="0"/>
        <w:rPr>
          <w:b/>
          <w:bCs/>
          <w:lang w:val="de-CH"/>
        </w:rPr>
      </w:pPr>
      <w:r w:rsidRPr="0065448B">
        <w:rPr>
          <w:b/>
          <w:bCs/>
          <w:lang w:val="de-CH"/>
        </w:rPr>
        <w:t>Art. 5 Aufnahme</w:t>
      </w:r>
    </w:p>
    <w:p w14:paraId="54B48B29" w14:textId="77777777" w:rsidR="00626FE7" w:rsidRDefault="00000000" w:rsidP="00E85E62">
      <w:pPr>
        <w:spacing w:after="0"/>
        <w:rPr>
          <w:lang w:val="de-CH"/>
        </w:rPr>
      </w:pPr>
      <w:r w:rsidRPr="00844222">
        <w:rPr>
          <w:lang w:val="de-CH"/>
        </w:rPr>
        <w:t>Mitglied werden kann jede natürliche Person, die den Vereinszweck unterstützt.</w:t>
      </w:r>
    </w:p>
    <w:p w14:paraId="6E8CB1E2" w14:textId="77777777" w:rsidR="0065448B" w:rsidRPr="00844222" w:rsidRDefault="0065448B" w:rsidP="00E85E62">
      <w:pPr>
        <w:spacing w:after="0"/>
        <w:rPr>
          <w:lang w:val="de-CH"/>
        </w:rPr>
      </w:pPr>
    </w:p>
    <w:p w14:paraId="2D4B7EDC" w14:textId="77777777" w:rsidR="00626FE7" w:rsidRPr="00844222" w:rsidRDefault="00000000" w:rsidP="00E85E62">
      <w:pPr>
        <w:spacing w:after="0"/>
        <w:rPr>
          <w:lang w:val="de-CH"/>
        </w:rPr>
      </w:pPr>
      <w:r w:rsidRPr="00844222">
        <w:rPr>
          <w:lang w:val="de-CH"/>
        </w:rPr>
        <w:t>Die Aufnahme erfolgt durch Beschluss des Vorstandes. Ein Aufnahmeentscheid kann ohne Angabe von Gründen abgelehnt werden.</w:t>
      </w:r>
    </w:p>
    <w:p w14:paraId="27E9DBAC" w14:textId="77777777" w:rsidR="0065448B" w:rsidRDefault="0065448B" w:rsidP="00E85E62">
      <w:pPr>
        <w:spacing w:after="0"/>
        <w:rPr>
          <w:lang w:val="de-CH"/>
        </w:rPr>
      </w:pPr>
    </w:p>
    <w:p w14:paraId="444E8507" w14:textId="26911BF2" w:rsidR="00626FE7" w:rsidRPr="00844222" w:rsidRDefault="00000000" w:rsidP="00E85E62">
      <w:pPr>
        <w:spacing w:after="0"/>
        <w:rPr>
          <w:lang w:val="de-CH"/>
        </w:rPr>
      </w:pPr>
      <w:r w:rsidRPr="00844222">
        <w:rPr>
          <w:lang w:val="de-CH"/>
        </w:rPr>
        <w:t>Es besteht kein Anspruch auf Aufnahme.</w:t>
      </w:r>
    </w:p>
    <w:p w14:paraId="135245D9" w14:textId="77777777" w:rsidR="00626FE7" w:rsidRPr="00844222" w:rsidRDefault="00626FE7" w:rsidP="00E85E62">
      <w:pPr>
        <w:spacing w:after="0"/>
        <w:rPr>
          <w:lang w:val="de-CH"/>
        </w:rPr>
      </w:pPr>
    </w:p>
    <w:p w14:paraId="564E4350" w14:textId="77777777" w:rsidR="00626FE7" w:rsidRPr="0065448B" w:rsidRDefault="00000000" w:rsidP="00E85E62">
      <w:pPr>
        <w:spacing w:after="0"/>
        <w:rPr>
          <w:b/>
          <w:bCs/>
          <w:lang w:val="de-CH"/>
        </w:rPr>
      </w:pPr>
      <w:r w:rsidRPr="0065448B">
        <w:rPr>
          <w:b/>
          <w:bCs/>
          <w:lang w:val="de-CH"/>
        </w:rPr>
        <w:t>Art. 6 Mitgliederbeitrag</w:t>
      </w:r>
    </w:p>
    <w:p w14:paraId="137937B8" w14:textId="77777777" w:rsidR="00626FE7" w:rsidRDefault="00000000" w:rsidP="00E85E62">
      <w:pPr>
        <w:spacing w:after="0"/>
        <w:rPr>
          <w:lang w:val="de-CH"/>
        </w:rPr>
      </w:pPr>
      <w:r w:rsidRPr="00844222">
        <w:rPr>
          <w:lang w:val="de-CH"/>
        </w:rPr>
        <w:t>Die Mitglieder leisten einen jährlichen Mitgliederbeitrag.</w:t>
      </w:r>
    </w:p>
    <w:p w14:paraId="12929E57" w14:textId="77777777" w:rsidR="0065448B" w:rsidRPr="00844222" w:rsidRDefault="0065448B" w:rsidP="00E85E62">
      <w:pPr>
        <w:spacing w:after="0"/>
        <w:rPr>
          <w:lang w:val="de-CH"/>
        </w:rPr>
      </w:pPr>
    </w:p>
    <w:p w14:paraId="2C5B57A6" w14:textId="77777777" w:rsidR="00626FE7" w:rsidRPr="00844222" w:rsidRDefault="00000000" w:rsidP="00E85E62">
      <w:pPr>
        <w:spacing w:after="0"/>
        <w:rPr>
          <w:lang w:val="de-CH"/>
        </w:rPr>
      </w:pPr>
      <w:r w:rsidRPr="00844222">
        <w:rPr>
          <w:lang w:val="de-CH"/>
        </w:rPr>
        <w:t>Die Höhe des Mitgliederbeitrages wird durch die Generalversammlung festgelegt.</w:t>
      </w:r>
    </w:p>
    <w:p w14:paraId="7DF06F21" w14:textId="77777777" w:rsidR="0065448B" w:rsidRDefault="0065448B" w:rsidP="00E85E62">
      <w:pPr>
        <w:spacing w:after="0"/>
        <w:rPr>
          <w:lang w:val="de-CH"/>
        </w:rPr>
      </w:pPr>
    </w:p>
    <w:p w14:paraId="473E51EC" w14:textId="1DD13524" w:rsidR="00626FE7" w:rsidRPr="00844222" w:rsidRDefault="00000000" w:rsidP="00E85E62">
      <w:pPr>
        <w:spacing w:after="0"/>
        <w:rPr>
          <w:lang w:val="de-CH"/>
        </w:rPr>
      </w:pPr>
      <w:r w:rsidRPr="00844222">
        <w:rPr>
          <w:lang w:val="de-CH"/>
        </w:rPr>
        <w:t>Wird der Mitgliederbeitrag trotz Mahnung nicht bezahlt, kann der Vorstand das Mitglied ausschliessen.</w:t>
      </w:r>
    </w:p>
    <w:p w14:paraId="3CD9A3AD" w14:textId="77777777" w:rsidR="00626FE7" w:rsidRPr="00844222" w:rsidRDefault="00626FE7" w:rsidP="00E85E62">
      <w:pPr>
        <w:spacing w:after="0"/>
        <w:rPr>
          <w:lang w:val="de-CH"/>
        </w:rPr>
      </w:pPr>
    </w:p>
    <w:p w14:paraId="0468EEA1" w14:textId="77777777" w:rsidR="00626FE7" w:rsidRPr="0065448B" w:rsidRDefault="00000000" w:rsidP="00E85E62">
      <w:pPr>
        <w:spacing w:after="0"/>
        <w:rPr>
          <w:b/>
          <w:bCs/>
          <w:lang w:val="de-CH"/>
        </w:rPr>
      </w:pPr>
      <w:r w:rsidRPr="0065448B">
        <w:rPr>
          <w:b/>
          <w:bCs/>
          <w:lang w:val="de-CH"/>
        </w:rPr>
        <w:t>Art. 7 Austritt und Ausschluss</w:t>
      </w:r>
    </w:p>
    <w:p w14:paraId="4897549B" w14:textId="77777777" w:rsidR="00626FE7" w:rsidRDefault="00000000" w:rsidP="00E85E62">
      <w:pPr>
        <w:spacing w:after="0"/>
        <w:rPr>
          <w:lang w:val="de-CH"/>
        </w:rPr>
      </w:pPr>
      <w:r w:rsidRPr="00844222">
        <w:rPr>
          <w:lang w:val="de-CH"/>
        </w:rPr>
        <w:t>Der Austritt ist jederzeit möglich, muss jedoch schriftlich vor der ordentlichen Generalversammlung erklärt werden.</w:t>
      </w:r>
    </w:p>
    <w:p w14:paraId="4FD1D407" w14:textId="77777777" w:rsidR="0065448B" w:rsidRPr="00844222" w:rsidRDefault="0065448B" w:rsidP="00E85E62">
      <w:pPr>
        <w:spacing w:after="0"/>
        <w:rPr>
          <w:lang w:val="de-CH"/>
        </w:rPr>
      </w:pPr>
    </w:p>
    <w:p w14:paraId="70958809" w14:textId="77777777" w:rsidR="00626FE7" w:rsidRDefault="00000000" w:rsidP="00E85E62">
      <w:pPr>
        <w:spacing w:after="0"/>
        <w:rPr>
          <w:lang w:val="de-CH"/>
        </w:rPr>
      </w:pPr>
      <w:r w:rsidRPr="00844222">
        <w:rPr>
          <w:lang w:val="de-CH"/>
        </w:rPr>
        <w:t>Erfolgt der Austritt nach diesem Zeitpunkt, bleibt der Mitgliederbeitrag für das laufende Vereinsjahr geschuldet.</w:t>
      </w:r>
    </w:p>
    <w:p w14:paraId="01E8900E" w14:textId="77777777" w:rsidR="00D7674E" w:rsidRPr="00844222" w:rsidRDefault="00D7674E" w:rsidP="00E85E62">
      <w:pPr>
        <w:spacing w:after="0"/>
        <w:rPr>
          <w:lang w:val="de-CH"/>
        </w:rPr>
      </w:pPr>
    </w:p>
    <w:p w14:paraId="3390B748" w14:textId="77777777" w:rsidR="00626FE7" w:rsidRPr="00844222" w:rsidRDefault="00000000" w:rsidP="00E85E62">
      <w:pPr>
        <w:spacing w:after="0"/>
        <w:rPr>
          <w:lang w:val="de-CH"/>
        </w:rPr>
      </w:pPr>
      <w:r w:rsidRPr="00844222">
        <w:rPr>
          <w:lang w:val="de-CH"/>
        </w:rPr>
        <w:lastRenderedPageBreak/>
        <w:t>Der Vorstand kann Mitglieder aus wichtigen Gründen ausschliessen, insbesondere bei Verstoss gegen die Statuten, vereinsschädigendem Verhalten oder Nichtbezahlung des Mitgliederbeitrages.</w:t>
      </w:r>
    </w:p>
    <w:p w14:paraId="51D4224B" w14:textId="77777777" w:rsidR="00626FE7" w:rsidRDefault="00626FE7" w:rsidP="00E85E62">
      <w:pPr>
        <w:spacing w:after="0"/>
        <w:rPr>
          <w:lang w:val="de-CH"/>
        </w:rPr>
      </w:pPr>
    </w:p>
    <w:p w14:paraId="4FF4995D" w14:textId="77777777" w:rsidR="00D7674E" w:rsidRPr="00844222" w:rsidRDefault="00D7674E" w:rsidP="00E85E62">
      <w:pPr>
        <w:spacing w:after="0"/>
        <w:rPr>
          <w:lang w:val="de-CH"/>
        </w:rPr>
      </w:pPr>
    </w:p>
    <w:p w14:paraId="5234689E" w14:textId="77777777" w:rsidR="00626FE7" w:rsidRPr="00D7674E" w:rsidRDefault="00000000" w:rsidP="00E85E62">
      <w:pPr>
        <w:spacing w:after="0"/>
        <w:rPr>
          <w:b/>
          <w:bCs/>
          <w:lang w:val="de-CH"/>
        </w:rPr>
      </w:pPr>
      <w:r w:rsidRPr="00D7674E">
        <w:rPr>
          <w:b/>
          <w:bCs/>
          <w:lang w:val="de-CH"/>
        </w:rPr>
        <w:t>III. Organisation</w:t>
      </w:r>
    </w:p>
    <w:p w14:paraId="3F9E5947" w14:textId="77777777" w:rsidR="00626FE7" w:rsidRPr="00844222" w:rsidRDefault="00626FE7" w:rsidP="00E85E62">
      <w:pPr>
        <w:spacing w:after="0"/>
        <w:rPr>
          <w:lang w:val="de-CH"/>
        </w:rPr>
      </w:pPr>
    </w:p>
    <w:p w14:paraId="38D3D781" w14:textId="77777777" w:rsidR="00626FE7" w:rsidRPr="00D7674E" w:rsidRDefault="00000000" w:rsidP="00E85E62">
      <w:pPr>
        <w:spacing w:after="0"/>
        <w:rPr>
          <w:b/>
          <w:bCs/>
          <w:lang w:val="de-CH"/>
        </w:rPr>
      </w:pPr>
      <w:r w:rsidRPr="00D7674E">
        <w:rPr>
          <w:b/>
          <w:bCs/>
          <w:lang w:val="de-CH"/>
        </w:rPr>
        <w:t>Art. 8 Organe</w:t>
      </w:r>
    </w:p>
    <w:p w14:paraId="31FF3A1E" w14:textId="77777777" w:rsidR="00626FE7" w:rsidRPr="00844222" w:rsidRDefault="00000000" w:rsidP="00E85E62">
      <w:pPr>
        <w:spacing w:after="0"/>
        <w:rPr>
          <w:lang w:val="de-CH"/>
        </w:rPr>
      </w:pPr>
      <w:r w:rsidRPr="00844222">
        <w:rPr>
          <w:lang w:val="de-CH"/>
        </w:rPr>
        <w:t>Die Organe des Vereins sind:</w:t>
      </w:r>
    </w:p>
    <w:p w14:paraId="27656AF7" w14:textId="718B1927" w:rsidR="00626FE7" w:rsidRPr="00D7674E" w:rsidRDefault="00000000" w:rsidP="00D7674E">
      <w:pPr>
        <w:pStyle w:val="Listenabsatz"/>
        <w:numPr>
          <w:ilvl w:val="0"/>
          <w:numId w:val="15"/>
        </w:numPr>
        <w:spacing w:after="0"/>
        <w:rPr>
          <w:lang w:val="de-CH"/>
        </w:rPr>
      </w:pPr>
      <w:r w:rsidRPr="00D7674E">
        <w:rPr>
          <w:lang w:val="de-CH"/>
        </w:rPr>
        <w:t>die Generalversammlung,</w:t>
      </w:r>
    </w:p>
    <w:p w14:paraId="78C545F1" w14:textId="61DDCBA2" w:rsidR="00626FE7" w:rsidRPr="00D7674E" w:rsidRDefault="00000000" w:rsidP="00D7674E">
      <w:pPr>
        <w:pStyle w:val="Listenabsatz"/>
        <w:numPr>
          <w:ilvl w:val="0"/>
          <w:numId w:val="15"/>
        </w:numPr>
        <w:spacing w:after="0"/>
        <w:rPr>
          <w:lang w:val="de-CH"/>
        </w:rPr>
      </w:pPr>
      <w:r w:rsidRPr="00D7674E">
        <w:rPr>
          <w:lang w:val="de-CH"/>
        </w:rPr>
        <w:t>der Vorstand,</w:t>
      </w:r>
    </w:p>
    <w:p w14:paraId="431921F1" w14:textId="01CCE7F5" w:rsidR="00626FE7" w:rsidRPr="00D7674E" w:rsidRDefault="00000000" w:rsidP="00D7674E">
      <w:pPr>
        <w:pStyle w:val="Listenabsatz"/>
        <w:numPr>
          <w:ilvl w:val="0"/>
          <w:numId w:val="15"/>
        </w:numPr>
        <w:spacing w:after="0"/>
        <w:rPr>
          <w:lang w:val="de-CH"/>
        </w:rPr>
      </w:pPr>
      <w:r w:rsidRPr="00D7674E">
        <w:rPr>
          <w:lang w:val="de-CH"/>
        </w:rPr>
        <w:t>die Revisionsstelle.</w:t>
      </w:r>
    </w:p>
    <w:p w14:paraId="3637E9E7" w14:textId="77777777" w:rsidR="00626FE7" w:rsidRPr="00844222" w:rsidRDefault="00626FE7" w:rsidP="00E85E62">
      <w:pPr>
        <w:spacing w:after="0"/>
        <w:rPr>
          <w:lang w:val="de-CH"/>
        </w:rPr>
      </w:pPr>
    </w:p>
    <w:p w14:paraId="1A15041C" w14:textId="77777777" w:rsidR="00626FE7" w:rsidRPr="00D7674E" w:rsidRDefault="00000000" w:rsidP="00E85E62">
      <w:pPr>
        <w:spacing w:after="0"/>
        <w:rPr>
          <w:b/>
          <w:bCs/>
          <w:lang w:val="de-CH"/>
        </w:rPr>
      </w:pPr>
      <w:r w:rsidRPr="00D7674E">
        <w:rPr>
          <w:b/>
          <w:bCs/>
          <w:lang w:val="de-CH"/>
        </w:rPr>
        <w:t>Art. 9 Generalversammlung</w:t>
      </w:r>
    </w:p>
    <w:p w14:paraId="334B5AB3" w14:textId="77777777" w:rsidR="00626FE7" w:rsidRDefault="00000000" w:rsidP="00E85E62">
      <w:pPr>
        <w:spacing w:after="0"/>
        <w:rPr>
          <w:lang w:val="de-CH"/>
        </w:rPr>
      </w:pPr>
      <w:r w:rsidRPr="00844222">
        <w:rPr>
          <w:lang w:val="de-CH"/>
        </w:rPr>
        <w:t>Die Generalversammlung ist das oberste Organ des Vereins.</w:t>
      </w:r>
    </w:p>
    <w:p w14:paraId="499B0EF3" w14:textId="77777777" w:rsidR="00D7674E" w:rsidRPr="00844222" w:rsidRDefault="00D7674E" w:rsidP="00E85E62">
      <w:pPr>
        <w:spacing w:after="0"/>
        <w:rPr>
          <w:lang w:val="de-CH"/>
        </w:rPr>
      </w:pPr>
    </w:p>
    <w:p w14:paraId="6CE3452A" w14:textId="77777777" w:rsidR="00626FE7" w:rsidRPr="00844222" w:rsidRDefault="00000000" w:rsidP="00E85E62">
      <w:pPr>
        <w:spacing w:after="0"/>
        <w:rPr>
          <w:lang w:val="de-CH"/>
        </w:rPr>
      </w:pPr>
      <w:r w:rsidRPr="00844222">
        <w:rPr>
          <w:lang w:val="de-CH"/>
        </w:rPr>
        <w:t>Sie ist unabhängig von der Anzahl anwesender Mitglieder beschlussfähig, sofern sie ordnungsgemäss einberufen wurde.</w:t>
      </w:r>
    </w:p>
    <w:p w14:paraId="65E148AD" w14:textId="77777777" w:rsidR="00626FE7" w:rsidRPr="00844222" w:rsidRDefault="00626FE7" w:rsidP="00E85E62">
      <w:pPr>
        <w:spacing w:after="0"/>
        <w:rPr>
          <w:lang w:val="de-CH"/>
        </w:rPr>
      </w:pPr>
    </w:p>
    <w:p w14:paraId="0EAE0EC2" w14:textId="77777777" w:rsidR="00626FE7" w:rsidRPr="00D7674E" w:rsidRDefault="00000000" w:rsidP="00E85E62">
      <w:pPr>
        <w:spacing w:after="0"/>
        <w:rPr>
          <w:b/>
          <w:bCs/>
          <w:lang w:val="de-CH"/>
        </w:rPr>
      </w:pPr>
      <w:r w:rsidRPr="00D7674E">
        <w:rPr>
          <w:b/>
          <w:bCs/>
          <w:lang w:val="de-CH"/>
        </w:rPr>
        <w:t>Art. 10 Einberufung und Beschlussfassung</w:t>
      </w:r>
    </w:p>
    <w:p w14:paraId="4678F042" w14:textId="77777777" w:rsidR="00626FE7" w:rsidRDefault="00000000" w:rsidP="00E85E62">
      <w:pPr>
        <w:spacing w:after="0"/>
        <w:rPr>
          <w:lang w:val="de-CH"/>
        </w:rPr>
      </w:pPr>
      <w:r w:rsidRPr="00844222">
        <w:rPr>
          <w:lang w:val="de-CH"/>
        </w:rPr>
        <w:t>Die ordentliche Generalversammlung findet innerhalb von sechs Monaten nach Abschluss des Vereinsjahres statt.</w:t>
      </w:r>
    </w:p>
    <w:p w14:paraId="034B1541" w14:textId="77777777" w:rsidR="00D7674E" w:rsidRPr="00844222" w:rsidRDefault="00D7674E" w:rsidP="00E85E62">
      <w:pPr>
        <w:spacing w:after="0"/>
        <w:rPr>
          <w:lang w:val="de-CH"/>
        </w:rPr>
      </w:pPr>
    </w:p>
    <w:p w14:paraId="28A5EE44" w14:textId="77777777" w:rsidR="00626FE7" w:rsidRDefault="00000000" w:rsidP="00E85E62">
      <w:pPr>
        <w:spacing w:after="0"/>
        <w:rPr>
          <w:lang w:val="de-CH"/>
        </w:rPr>
      </w:pPr>
      <w:r w:rsidRPr="00844222">
        <w:rPr>
          <w:lang w:val="de-CH"/>
        </w:rPr>
        <w:t>Die Einladung zur Generalversammlung erfolgt mindestens 14 Tage im Voraus unter Bekanntgabe der Traktanden.</w:t>
      </w:r>
    </w:p>
    <w:p w14:paraId="7601B312" w14:textId="77777777" w:rsidR="00D7674E" w:rsidRPr="00844222" w:rsidRDefault="00D7674E" w:rsidP="00E85E62">
      <w:pPr>
        <w:spacing w:after="0"/>
        <w:rPr>
          <w:lang w:val="de-CH"/>
        </w:rPr>
      </w:pPr>
    </w:p>
    <w:p w14:paraId="00B27BD3" w14:textId="77777777" w:rsidR="00626FE7" w:rsidRPr="00844222" w:rsidRDefault="00000000" w:rsidP="00E85E62">
      <w:pPr>
        <w:spacing w:after="0"/>
        <w:rPr>
          <w:lang w:val="de-CH"/>
        </w:rPr>
      </w:pPr>
      <w:r w:rsidRPr="00844222">
        <w:rPr>
          <w:lang w:val="de-CH"/>
        </w:rPr>
        <w:t>Beschlüsse werden mit einfacher Mehrheit der abgegebenen gültigen Stimmen gefasst, sofern die Statuten nichts anderes vorsehen.</w:t>
      </w:r>
    </w:p>
    <w:p w14:paraId="64126AE5" w14:textId="77777777" w:rsidR="00C829CE" w:rsidRDefault="00C829CE" w:rsidP="00E85E62">
      <w:pPr>
        <w:spacing w:after="0"/>
        <w:rPr>
          <w:lang w:val="de-CH"/>
        </w:rPr>
      </w:pPr>
    </w:p>
    <w:p w14:paraId="5A450E50" w14:textId="0A907CDA" w:rsidR="00626FE7" w:rsidRPr="00844222" w:rsidRDefault="00000000" w:rsidP="00E85E62">
      <w:pPr>
        <w:spacing w:after="0"/>
        <w:rPr>
          <w:lang w:val="de-CH"/>
        </w:rPr>
      </w:pPr>
      <w:r w:rsidRPr="00844222">
        <w:rPr>
          <w:lang w:val="de-CH"/>
        </w:rPr>
        <w:t>Abstimmungen erfolgen schriftlich oder elektronisch. Bei Stimmengleichheit entscheidet der Präsident.</w:t>
      </w:r>
    </w:p>
    <w:p w14:paraId="264309E7" w14:textId="77777777" w:rsidR="00626FE7" w:rsidRPr="00844222" w:rsidRDefault="00626FE7" w:rsidP="00E85E62">
      <w:pPr>
        <w:spacing w:after="0"/>
        <w:rPr>
          <w:lang w:val="de-CH"/>
        </w:rPr>
      </w:pPr>
    </w:p>
    <w:p w14:paraId="74DFA500" w14:textId="77777777" w:rsidR="00626FE7" w:rsidRPr="00C829CE" w:rsidRDefault="00000000" w:rsidP="00E85E62">
      <w:pPr>
        <w:spacing w:after="0"/>
        <w:rPr>
          <w:b/>
          <w:bCs/>
          <w:lang w:val="de-CH"/>
        </w:rPr>
      </w:pPr>
      <w:r w:rsidRPr="00C829CE">
        <w:rPr>
          <w:b/>
          <w:bCs/>
          <w:lang w:val="de-CH"/>
        </w:rPr>
        <w:t>Art. 11 Ausserordentliche Generalversammlung</w:t>
      </w:r>
    </w:p>
    <w:p w14:paraId="42C9F925" w14:textId="77777777" w:rsidR="00626FE7" w:rsidRPr="00844222" w:rsidRDefault="00000000" w:rsidP="00E85E62">
      <w:pPr>
        <w:spacing w:after="0"/>
        <w:rPr>
          <w:lang w:val="de-CH"/>
        </w:rPr>
      </w:pPr>
      <w:r w:rsidRPr="00844222">
        <w:rPr>
          <w:lang w:val="de-CH"/>
        </w:rPr>
        <w:t>Ausserordentliche Generalversammlungen können jederzeit durch den Vorstand einberufen werden.</w:t>
      </w:r>
    </w:p>
    <w:p w14:paraId="5967DBED" w14:textId="77777777" w:rsidR="00626FE7" w:rsidRDefault="00626FE7" w:rsidP="00E85E62">
      <w:pPr>
        <w:spacing w:after="0"/>
        <w:rPr>
          <w:lang w:val="de-CH"/>
        </w:rPr>
      </w:pPr>
    </w:p>
    <w:p w14:paraId="664D3CBC" w14:textId="6AAF1ACA" w:rsidR="001E722B" w:rsidRPr="001E722B" w:rsidRDefault="001E722B" w:rsidP="00E85E62">
      <w:pPr>
        <w:spacing w:after="0"/>
        <w:rPr>
          <w:lang w:val="de-CH"/>
        </w:rPr>
      </w:pPr>
      <w:r w:rsidRPr="001E722B">
        <w:rPr>
          <w:lang w:val="de-CH"/>
        </w:rPr>
        <w:t>Zudem ist eine ausserordentliche Generalversammlung einzuberufen, wenn mindestens ein Fünftel der Mitglieder dies unter Angabe der zu behandelnden Traktanden schriftlich verlangt.</w:t>
      </w:r>
    </w:p>
    <w:p w14:paraId="006D0AFD" w14:textId="77777777" w:rsidR="00626FE7" w:rsidRPr="001E722B" w:rsidRDefault="00000000" w:rsidP="00E85E62">
      <w:pPr>
        <w:spacing w:after="0"/>
        <w:rPr>
          <w:b/>
          <w:bCs/>
          <w:lang w:val="de-CH"/>
        </w:rPr>
      </w:pPr>
      <w:r w:rsidRPr="001E722B">
        <w:rPr>
          <w:b/>
          <w:bCs/>
          <w:lang w:val="de-CH"/>
        </w:rPr>
        <w:lastRenderedPageBreak/>
        <w:t>IV. Vorstand</w:t>
      </w:r>
    </w:p>
    <w:p w14:paraId="724B30FF" w14:textId="77777777" w:rsidR="00626FE7" w:rsidRPr="00844222" w:rsidRDefault="00626FE7" w:rsidP="00E85E62">
      <w:pPr>
        <w:spacing w:after="0"/>
        <w:rPr>
          <w:lang w:val="de-CH"/>
        </w:rPr>
      </w:pPr>
    </w:p>
    <w:p w14:paraId="49A3A378" w14:textId="77777777" w:rsidR="00626FE7" w:rsidRPr="001E722B" w:rsidRDefault="00000000" w:rsidP="00E85E62">
      <w:pPr>
        <w:spacing w:after="0"/>
        <w:rPr>
          <w:b/>
          <w:bCs/>
          <w:lang w:val="de-CH"/>
        </w:rPr>
      </w:pPr>
      <w:r w:rsidRPr="001E722B">
        <w:rPr>
          <w:b/>
          <w:bCs/>
          <w:lang w:val="de-CH"/>
        </w:rPr>
        <w:t>Art. 12 Zusammensetzung und Wahl</w:t>
      </w:r>
    </w:p>
    <w:p w14:paraId="25C30923" w14:textId="77777777" w:rsidR="00626FE7" w:rsidRDefault="00000000" w:rsidP="00E85E62">
      <w:pPr>
        <w:spacing w:after="0"/>
        <w:rPr>
          <w:lang w:val="de-CH"/>
        </w:rPr>
      </w:pPr>
      <w:r w:rsidRPr="00844222">
        <w:rPr>
          <w:lang w:val="de-CH"/>
        </w:rPr>
        <w:t>Der Vorstand besteht aus mindestens zwei Mitgliedern.</w:t>
      </w:r>
    </w:p>
    <w:p w14:paraId="00FF718A" w14:textId="77777777" w:rsidR="001E722B" w:rsidRPr="00844222" w:rsidRDefault="001E722B" w:rsidP="00E85E62">
      <w:pPr>
        <w:spacing w:after="0"/>
        <w:rPr>
          <w:lang w:val="de-CH"/>
        </w:rPr>
      </w:pPr>
    </w:p>
    <w:p w14:paraId="464255B0" w14:textId="77777777" w:rsidR="00626FE7" w:rsidRPr="00844222" w:rsidRDefault="00000000" w:rsidP="00E85E62">
      <w:pPr>
        <w:spacing w:after="0"/>
        <w:rPr>
          <w:lang w:val="de-CH"/>
        </w:rPr>
      </w:pPr>
      <w:r w:rsidRPr="00844222">
        <w:rPr>
          <w:lang w:val="de-CH"/>
        </w:rPr>
        <w:t>Alle Vorstandsmitglieder werden für eine Amtsdauer von fünf Jahren gewählt. Wiederwahl ist zulässig.</w:t>
      </w:r>
    </w:p>
    <w:p w14:paraId="174B57FF" w14:textId="77777777" w:rsidR="001E722B" w:rsidRDefault="001E722B" w:rsidP="00E85E62">
      <w:pPr>
        <w:spacing w:after="0"/>
        <w:rPr>
          <w:lang w:val="de-CH"/>
        </w:rPr>
      </w:pPr>
    </w:p>
    <w:p w14:paraId="79DE0FD5" w14:textId="62B3658A" w:rsidR="00626FE7" w:rsidRPr="00844222" w:rsidRDefault="00000000" w:rsidP="00E85E62">
      <w:pPr>
        <w:spacing w:after="0"/>
        <w:rPr>
          <w:lang w:val="de-CH"/>
        </w:rPr>
      </w:pPr>
      <w:r w:rsidRPr="00844222">
        <w:rPr>
          <w:lang w:val="de-CH"/>
        </w:rPr>
        <w:t>Der Vorstand konstituiert sich selbst.</w:t>
      </w:r>
    </w:p>
    <w:p w14:paraId="571268D8" w14:textId="77777777" w:rsidR="00626FE7" w:rsidRPr="00844222" w:rsidRDefault="00626FE7" w:rsidP="00E85E62">
      <w:pPr>
        <w:spacing w:after="0"/>
        <w:rPr>
          <w:lang w:val="de-CH"/>
        </w:rPr>
      </w:pPr>
    </w:p>
    <w:p w14:paraId="784D1A14" w14:textId="77777777" w:rsidR="00626FE7" w:rsidRPr="00EF4898" w:rsidRDefault="00000000" w:rsidP="00E85E62">
      <w:pPr>
        <w:spacing w:after="0"/>
        <w:rPr>
          <w:b/>
          <w:bCs/>
          <w:lang w:val="de-CH"/>
        </w:rPr>
      </w:pPr>
      <w:r w:rsidRPr="00EF4898">
        <w:rPr>
          <w:b/>
          <w:bCs/>
          <w:lang w:val="de-CH"/>
        </w:rPr>
        <w:t>Art. 13 Aufgaben</w:t>
      </w:r>
    </w:p>
    <w:p w14:paraId="40EE7BE2" w14:textId="77777777" w:rsidR="00626FE7" w:rsidRDefault="00000000" w:rsidP="00E85E62">
      <w:pPr>
        <w:spacing w:after="0"/>
        <w:rPr>
          <w:lang w:val="de-CH"/>
        </w:rPr>
      </w:pPr>
      <w:r w:rsidRPr="00844222">
        <w:rPr>
          <w:lang w:val="de-CH"/>
        </w:rPr>
        <w:t>Der Vorstand führt die laufenden Geschäfte des Vereins und vertritt diesen nach aussen.</w:t>
      </w:r>
    </w:p>
    <w:p w14:paraId="58559C19" w14:textId="77777777" w:rsidR="00EF4898" w:rsidRPr="00844222" w:rsidRDefault="00EF4898" w:rsidP="00E85E62">
      <w:pPr>
        <w:spacing w:after="0"/>
        <w:rPr>
          <w:lang w:val="de-CH"/>
        </w:rPr>
      </w:pPr>
    </w:p>
    <w:p w14:paraId="18136871" w14:textId="77777777" w:rsidR="00626FE7" w:rsidRPr="00844222" w:rsidRDefault="00000000" w:rsidP="00E85E62">
      <w:pPr>
        <w:spacing w:after="0"/>
        <w:rPr>
          <w:lang w:val="de-CH"/>
        </w:rPr>
      </w:pPr>
      <w:r w:rsidRPr="00844222">
        <w:rPr>
          <w:lang w:val="de-CH"/>
        </w:rPr>
        <w:t>Er setzt den Vereinszweck um und stellt sicher, dass die Tätigkeiten im Einklang mit Art. 2 und 2a stehen.</w:t>
      </w:r>
    </w:p>
    <w:p w14:paraId="3B9A7AA3" w14:textId="77777777" w:rsidR="00626FE7" w:rsidRPr="00844222" w:rsidRDefault="00626FE7" w:rsidP="00E85E62">
      <w:pPr>
        <w:spacing w:after="0"/>
        <w:rPr>
          <w:lang w:val="de-CH"/>
        </w:rPr>
      </w:pPr>
    </w:p>
    <w:p w14:paraId="305F92E9" w14:textId="77777777" w:rsidR="00626FE7" w:rsidRPr="00EF4898" w:rsidRDefault="00000000" w:rsidP="00E85E62">
      <w:pPr>
        <w:spacing w:after="0"/>
        <w:rPr>
          <w:b/>
          <w:bCs/>
          <w:lang w:val="de-CH"/>
        </w:rPr>
      </w:pPr>
      <w:r w:rsidRPr="00EF4898">
        <w:rPr>
          <w:b/>
          <w:bCs/>
          <w:lang w:val="de-CH"/>
        </w:rPr>
        <w:t>Art. 14 Zeichnungsberechtigung</w:t>
      </w:r>
    </w:p>
    <w:p w14:paraId="5D93CA5C" w14:textId="77777777" w:rsidR="00626FE7" w:rsidRPr="00844222" w:rsidRDefault="00000000" w:rsidP="00E85E62">
      <w:pPr>
        <w:spacing w:after="0"/>
        <w:rPr>
          <w:lang w:val="de-CH"/>
        </w:rPr>
      </w:pPr>
      <w:r w:rsidRPr="00844222">
        <w:rPr>
          <w:lang w:val="de-CH"/>
        </w:rPr>
        <w:t>Der Verein wird durch kollektive Zeichnung von zwei Vorstandsmitgliedern rechtsverbindlich verpflichtet.</w:t>
      </w:r>
    </w:p>
    <w:p w14:paraId="09C723D6" w14:textId="77777777" w:rsidR="00626FE7" w:rsidRDefault="00626FE7" w:rsidP="00E85E62">
      <w:pPr>
        <w:spacing w:after="0"/>
        <w:rPr>
          <w:lang w:val="de-CH"/>
        </w:rPr>
      </w:pPr>
    </w:p>
    <w:p w14:paraId="5ADFFB42" w14:textId="77777777" w:rsidR="00EF4898" w:rsidRPr="00844222" w:rsidRDefault="00EF4898" w:rsidP="00E85E62">
      <w:pPr>
        <w:spacing w:after="0"/>
        <w:rPr>
          <w:lang w:val="de-CH"/>
        </w:rPr>
      </w:pPr>
    </w:p>
    <w:p w14:paraId="37B6783F" w14:textId="77777777" w:rsidR="00626FE7" w:rsidRPr="00EF4898" w:rsidRDefault="00000000" w:rsidP="00E85E62">
      <w:pPr>
        <w:spacing w:after="0"/>
        <w:rPr>
          <w:b/>
          <w:bCs/>
          <w:lang w:val="de-CH"/>
        </w:rPr>
      </w:pPr>
      <w:r w:rsidRPr="00EF4898">
        <w:rPr>
          <w:b/>
          <w:bCs/>
          <w:lang w:val="de-CH"/>
        </w:rPr>
        <w:t>V. Finanzen und Haftung</w:t>
      </w:r>
    </w:p>
    <w:p w14:paraId="6E2FE8DE" w14:textId="77777777" w:rsidR="00626FE7" w:rsidRPr="00844222" w:rsidRDefault="00626FE7" w:rsidP="00E85E62">
      <w:pPr>
        <w:spacing w:after="0"/>
        <w:rPr>
          <w:lang w:val="de-CH"/>
        </w:rPr>
      </w:pPr>
    </w:p>
    <w:p w14:paraId="3F0580A3" w14:textId="77777777" w:rsidR="00626FE7" w:rsidRPr="00EF4898" w:rsidRDefault="00000000" w:rsidP="00E85E62">
      <w:pPr>
        <w:spacing w:after="0"/>
        <w:rPr>
          <w:b/>
          <w:bCs/>
          <w:lang w:val="de-CH"/>
        </w:rPr>
      </w:pPr>
      <w:r w:rsidRPr="00EF4898">
        <w:rPr>
          <w:b/>
          <w:bCs/>
          <w:lang w:val="de-CH"/>
        </w:rPr>
        <w:t>Art. 15 Mittel</w:t>
      </w:r>
    </w:p>
    <w:p w14:paraId="5124CDF2" w14:textId="77777777" w:rsidR="00626FE7" w:rsidRDefault="00000000" w:rsidP="00E85E62">
      <w:pPr>
        <w:spacing w:after="0"/>
        <w:rPr>
          <w:lang w:val="de-CH"/>
        </w:rPr>
      </w:pPr>
      <w:r w:rsidRPr="00844222">
        <w:rPr>
          <w:lang w:val="de-CH"/>
        </w:rPr>
        <w:t>Die Mittel des Vereins bestehen aus Mitgliederbeiträgen, Spenden und freiwilligen Zuwendungen.</w:t>
      </w:r>
    </w:p>
    <w:p w14:paraId="4EECB0FC" w14:textId="77777777" w:rsidR="00EF4898" w:rsidRPr="00844222" w:rsidRDefault="00EF4898" w:rsidP="00E85E62">
      <w:pPr>
        <w:spacing w:after="0"/>
        <w:rPr>
          <w:lang w:val="de-CH"/>
        </w:rPr>
      </w:pPr>
    </w:p>
    <w:p w14:paraId="0BFDA9DD" w14:textId="77777777" w:rsidR="00626FE7" w:rsidRPr="00844222" w:rsidRDefault="00000000" w:rsidP="00E85E62">
      <w:pPr>
        <w:spacing w:after="0"/>
        <w:rPr>
          <w:lang w:val="de-CH"/>
        </w:rPr>
      </w:pPr>
      <w:r w:rsidRPr="00844222">
        <w:rPr>
          <w:lang w:val="de-CH"/>
        </w:rPr>
        <w:t>Der Verein ist nicht gewinnorientiert. Allfällige Überschüsse werden ausschliesslich zur Zweckverfolgung verwendet.</w:t>
      </w:r>
    </w:p>
    <w:p w14:paraId="1D6A3ACF" w14:textId="77777777" w:rsidR="00626FE7" w:rsidRPr="00844222" w:rsidRDefault="00626FE7" w:rsidP="00E85E62">
      <w:pPr>
        <w:spacing w:after="0"/>
        <w:rPr>
          <w:lang w:val="de-CH"/>
        </w:rPr>
      </w:pPr>
    </w:p>
    <w:p w14:paraId="0F5EE188" w14:textId="77777777" w:rsidR="00626FE7" w:rsidRPr="00EF4898" w:rsidRDefault="00000000" w:rsidP="00E85E62">
      <w:pPr>
        <w:spacing w:after="0"/>
        <w:rPr>
          <w:b/>
          <w:bCs/>
          <w:lang w:val="de-CH"/>
        </w:rPr>
      </w:pPr>
      <w:r w:rsidRPr="00EF4898">
        <w:rPr>
          <w:b/>
          <w:bCs/>
          <w:lang w:val="de-CH"/>
        </w:rPr>
        <w:t>Art. 16 Haftung</w:t>
      </w:r>
    </w:p>
    <w:p w14:paraId="45FED913" w14:textId="77777777" w:rsidR="00626FE7" w:rsidRPr="00844222" w:rsidRDefault="00000000" w:rsidP="00E85E62">
      <w:pPr>
        <w:spacing w:after="0"/>
        <w:rPr>
          <w:lang w:val="de-CH"/>
        </w:rPr>
      </w:pPr>
      <w:r w:rsidRPr="00844222">
        <w:rPr>
          <w:lang w:val="de-CH"/>
        </w:rPr>
        <w:t>Für die Verbindlichkeiten des Vereins haftet ausschliesslich das Vereinsvermögen.</w:t>
      </w:r>
    </w:p>
    <w:p w14:paraId="5CDA905B" w14:textId="77777777" w:rsidR="00626FE7" w:rsidRPr="00844222" w:rsidRDefault="00000000" w:rsidP="00E85E62">
      <w:pPr>
        <w:spacing w:after="0"/>
        <w:rPr>
          <w:lang w:val="de-CH"/>
        </w:rPr>
      </w:pPr>
      <w:r w:rsidRPr="00844222">
        <w:rPr>
          <w:lang w:val="de-CH"/>
        </w:rPr>
        <w:t>Eine persönliche Haftung der Mitglieder und Vorstandsmitglieder ist ausgeschlossen.</w:t>
      </w:r>
    </w:p>
    <w:p w14:paraId="47E0E6D3" w14:textId="77777777" w:rsidR="00626FE7" w:rsidRPr="00844222" w:rsidRDefault="00626FE7" w:rsidP="00E85E62">
      <w:pPr>
        <w:spacing w:after="0"/>
        <w:rPr>
          <w:lang w:val="de-CH"/>
        </w:rPr>
      </w:pPr>
    </w:p>
    <w:p w14:paraId="1A03F87B" w14:textId="77777777" w:rsidR="00626FE7" w:rsidRPr="00EF4898" w:rsidRDefault="00000000" w:rsidP="00E85E62">
      <w:pPr>
        <w:spacing w:after="0"/>
        <w:rPr>
          <w:b/>
          <w:bCs/>
          <w:lang w:val="de-CH"/>
        </w:rPr>
      </w:pPr>
      <w:r w:rsidRPr="00EF4898">
        <w:rPr>
          <w:b/>
          <w:bCs/>
          <w:lang w:val="de-CH"/>
        </w:rPr>
        <w:t>Art. 17 Revisionsstelle</w:t>
      </w:r>
    </w:p>
    <w:p w14:paraId="256059A2" w14:textId="77777777" w:rsidR="00626FE7" w:rsidRPr="00844222" w:rsidRDefault="00000000" w:rsidP="00E85E62">
      <w:pPr>
        <w:spacing w:after="0"/>
        <w:rPr>
          <w:lang w:val="de-CH"/>
        </w:rPr>
      </w:pPr>
      <w:r w:rsidRPr="00844222">
        <w:rPr>
          <w:lang w:val="de-CH"/>
        </w:rPr>
        <w:t>Die Revisionsstelle wird für zwei Jahre gewählt und prüft die Jahresrechnung.</w:t>
      </w:r>
    </w:p>
    <w:p w14:paraId="7C5B523F" w14:textId="77777777" w:rsidR="00626FE7" w:rsidRPr="00844222" w:rsidRDefault="00626FE7" w:rsidP="00E85E62">
      <w:pPr>
        <w:spacing w:after="0"/>
        <w:rPr>
          <w:lang w:val="de-CH"/>
        </w:rPr>
      </w:pPr>
    </w:p>
    <w:p w14:paraId="4CD4BF64" w14:textId="77777777" w:rsidR="001F34C8" w:rsidRDefault="001F34C8">
      <w:pPr>
        <w:rPr>
          <w:b/>
          <w:bCs/>
          <w:lang w:val="de-CH"/>
        </w:rPr>
      </w:pPr>
      <w:r>
        <w:rPr>
          <w:b/>
          <w:bCs/>
          <w:lang w:val="de-CH"/>
        </w:rPr>
        <w:br w:type="page"/>
      </w:r>
    </w:p>
    <w:p w14:paraId="566F3625" w14:textId="21BC389E" w:rsidR="00626FE7" w:rsidRPr="001F34C8" w:rsidRDefault="00000000" w:rsidP="00E85E62">
      <w:pPr>
        <w:spacing w:after="0"/>
        <w:rPr>
          <w:b/>
          <w:bCs/>
          <w:lang w:val="de-CH"/>
        </w:rPr>
      </w:pPr>
      <w:r w:rsidRPr="001F34C8">
        <w:rPr>
          <w:b/>
          <w:bCs/>
          <w:lang w:val="de-CH"/>
        </w:rPr>
        <w:lastRenderedPageBreak/>
        <w:t>VI. Auflösung</w:t>
      </w:r>
    </w:p>
    <w:p w14:paraId="037CFBA4" w14:textId="77777777" w:rsidR="00626FE7" w:rsidRPr="00844222" w:rsidRDefault="00626FE7" w:rsidP="00E85E62">
      <w:pPr>
        <w:spacing w:after="0"/>
        <w:rPr>
          <w:lang w:val="de-CH"/>
        </w:rPr>
      </w:pPr>
    </w:p>
    <w:p w14:paraId="6CCE8004" w14:textId="77777777" w:rsidR="00626FE7" w:rsidRPr="001F34C8" w:rsidRDefault="00000000" w:rsidP="00E85E62">
      <w:pPr>
        <w:spacing w:after="0"/>
        <w:rPr>
          <w:b/>
          <w:bCs/>
          <w:lang w:val="de-CH"/>
        </w:rPr>
      </w:pPr>
      <w:r w:rsidRPr="001F34C8">
        <w:rPr>
          <w:b/>
          <w:bCs/>
          <w:lang w:val="de-CH"/>
        </w:rPr>
        <w:t>Art. 18 Auflösung</w:t>
      </w:r>
    </w:p>
    <w:p w14:paraId="4912178F" w14:textId="77777777" w:rsidR="00626FE7" w:rsidRPr="00844222" w:rsidRDefault="00000000" w:rsidP="00E85E62">
      <w:pPr>
        <w:spacing w:after="0"/>
        <w:rPr>
          <w:lang w:val="de-CH"/>
        </w:rPr>
      </w:pPr>
      <w:r w:rsidRPr="00844222">
        <w:rPr>
          <w:lang w:val="de-CH"/>
        </w:rPr>
        <w:t>Die Auflösung des Vereins bedarf eines Beschlusses der Generalversammlung mit einer Mehrheit von zwei Dritteln der abgegebenen Stimmen.</w:t>
      </w:r>
    </w:p>
    <w:p w14:paraId="561E9766" w14:textId="77777777" w:rsidR="00626FE7" w:rsidRPr="00844222" w:rsidRDefault="00626FE7" w:rsidP="00E85E62">
      <w:pPr>
        <w:spacing w:after="0"/>
        <w:rPr>
          <w:lang w:val="de-CH"/>
        </w:rPr>
      </w:pPr>
    </w:p>
    <w:p w14:paraId="6EA304B6" w14:textId="77777777" w:rsidR="00626FE7" w:rsidRPr="001F34C8" w:rsidRDefault="00000000" w:rsidP="00E85E62">
      <w:pPr>
        <w:spacing w:after="0"/>
        <w:rPr>
          <w:b/>
          <w:bCs/>
          <w:lang w:val="de-CH"/>
        </w:rPr>
      </w:pPr>
      <w:r w:rsidRPr="001F34C8">
        <w:rPr>
          <w:b/>
          <w:bCs/>
          <w:lang w:val="de-CH"/>
        </w:rPr>
        <w:t>Art. 19 Verwendung des Vermögens</w:t>
      </w:r>
    </w:p>
    <w:p w14:paraId="7EF8A017" w14:textId="77777777" w:rsidR="00626FE7" w:rsidRDefault="00000000" w:rsidP="00E85E62">
      <w:pPr>
        <w:spacing w:after="0"/>
        <w:rPr>
          <w:lang w:val="de-CH"/>
        </w:rPr>
      </w:pPr>
      <w:r w:rsidRPr="00844222">
        <w:rPr>
          <w:lang w:val="de-CH"/>
        </w:rPr>
        <w:t>Bei Auflösung fällt ein allfälliges Restvermögen an eine gemeinnützige oder wohltätige Organisation mit Sitz in der Schweiz, welche steuerbefreit ist.</w:t>
      </w:r>
    </w:p>
    <w:p w14:paraId="7E65113C" w14:textId="77777777" w:rsidR="001F34C8" w:rsidRPr="00844222" w:rsidRDefault="001F34C8" w:rsidP="00E85E62">
      <w:pPr>
        <w:spacing w:after="0"/>
        <w:rPr>
          <w:lang w:val="de-CH"/>
        </w:rPr>
      </w:pPr>
    </w:p>
    <w:p w14:paraId="23229ACD" w14:textId="77777777" w:rsidR="00626FE7" w:rsidRPr="00844222" w:rsidRDefault="00000000" w:rsidP="00E85E62">
      <w:pPr>
        <w:spacing w:after="0"/>
        <w:rPr>
          <w:lang w:val="de-CH"/>
        </w:rPr>
      </w:pPr>
      <w:r w:rsidRPr="00844222">
        <w:rPr>
          <w:lang w:val="de-CH"/>
        </w:rPr>
        <w:t>Eine Verteilung an Mitglieder ist ausgeschlossen.</w:t>
      </w:r>
    </w:p>
    <w:p w14:paraId="01997B79" w14:textId="77777777" w:rsidR="00626FE7" w:rsidRDefault="00626FE7" w:rsidP="00E85E62">
      <w:pPr>
        <w:spacing w:after="0"/>
        <w:rPr>
          <w:lang w:val="de-CH"/>
        </w:rPr>
      </w:pPr>
    </w:p>
    <w:p w14:paraId="3D0A8EC0" w14:textId="77777777" w:rsidR="001F34C8" w:rsidRPr="00844222" w:rsidRDefault="001F34C8" w:rsidP="00E85E62">
      <w:pPr>
        <w:spacing w:after="0"/>
        <w:rPr>
          <w:lang w:val="de-CH"/>
        </w:rPr>
      </w:pPr>
    </w:p>
    <w:p w14:paraId="782291FE" w14:textId="77777777" w:rsidR="00626FE7" w:rsidRPr="001F34C8" w:rsidRDefault="00000000" w:rsidP="00E85E62">
      <w:pPr>
        <w:spacing w:after="0"/>
        <w:rPr>
          <w:b/>
          <w:bCs/>
          <w:lang w:val="de-CH"/>
        </w:rPr>
      </w:pPr>
      <w:r w:rsidRPr="001F34C8">
        <w:rPr>
          <w:b/>
          <w:bCs/>
          <w:lang w:val="de-CH"/>
        </w:rPr>
        <w:t>VII. Schlussbestimmungen</w:t>
      </w:r>
    </w:p>
    <w:p w14:paraId="6147B096" w14:textId="77777777" w:rsidR="00626FE7" w:rsidRPr="00844222" w:rsidRDefault="00626FE7" w:rsidP="00E85E62">
      <w:pPr>
        <w:spacing w:after="0"/>
        <w:rPr>
          <w:lang w:val="de-CH"/>
        </w:rPr>
      </w:pPr>
    </w:p>
    <w:p w14:paraId="164E64DA" w14:textId="77777777" w:rsidR="00626FE7" w:rsidRPr="001F34C8" w:rsidRDefault="00000000" w:rsidP="00E85E62">
      <w:pPr>
        <w:spacing w:after="0"/>
        <w:rPr>
          <w:b/>
          <w:bCs/>
          <w:lang w:val="de-CH"/>
        </w:rPr>
      </w:pPr>
      <w:r w:rsidRPr="001F34C8">
        <w:rPr>
          <w:b/>
          <w:bCs/>
          <w:lang w:val="de-CH"/>
        </w:rPr>
        <w:t>Art. 20 Inkrafttreten</w:t>
      </w:r>
    </w:p>
    <w:p w14:paraId="587FCA6C" w14:textId="39F75A7D" w:rsidR="00626FE7" w:rsidRDefault="00000000" w:rsidP="00E85E62">
      <w:pPr>
        <w:spacing w:after="0"/>
        <w:rPr>
          <w:lang w:val="de-CH"/>
        </w:rPr>
      </w:pPr>
      <w:r w:rsidRPr="00844222">
        <w:rPr>
          <w:lang w:val="de-CH"/>
        </w:rPr>
        <w:t xml:space="preserve">Diese Statuten wurden von der </w:t>
      </w:r>
      <w:r w:rsidR="001F34C8">
        <w:rPr>
          <w:lang w:val="de-CH"/>
        </w:rPr>
        <w:t xml:space="preserve">ausserordentlichen </w:t>
      </w:r>
      <w:r w:rsidRPr="00844222">
        <w:rPr>
          <w:lang w:val="de-CH"/>
        </w:rPr>
        <w:t xml:space="preserve">Generalversammlung </w:t>
      </w:r>
      <w:r w:rsidR="001F34C8">
        <w:rPr>
          <w:lang w:val="de-CH"/>
        </w:rPr>
        <w:t xml:space="preserve">vom 19. Januar 2026 </w:t>
      </w:r>
      <w:r w:rsidRPr="00844222">
        <w:rPr>
          <w:lang w:val="de-CH"/>
        </w:rPr>
        <w:t>genehmigt und treten mit sofortiger Wirkung in Kraft.</w:t>
      </w:r>
    </w:p>
    <w:p w14:paraId="6BFC17EE" w14:textId="77777777" w:rsidR="001F34C8" w:rsidRPr="00844222" w:rsidRDefault="001F34C8" w:rsidP="00E85E62">
      <w:pPr>
        <w:spacing w:after="0"/>
        <w:rPr>
          <w:lang w:val="de-CH"/>
        </w:rPr>
      </w:pPr>
    </w:p>
    <w:p w14:paraId="39857929" w14:textId="77777777" w:rsidR="00626FE7" w:rsidRPr="00844222" w:rsidRDefault="00000000" w:rsidP="00E85E62">
      <w:pPr>
        <w:spacing w:after="0"/>
        <w:rPr>
          <w:lang w:val="de-CH"/>
        </w:rPr>
      </w:pPr>
      <w:r w:rsidRPr="00844222">
        <w:rPr>
          <w:lang w:val="de-CH"/>
        </w:rPr>
        <w:t>Sie ersetzen alle früheren Statuten.</w:t>
      </w:r>
    </w:p>
    <w:p w14:paraId="5085F143" w14:textId="77777777" w:rsidR="00626FE7" w:rsidRDefault="00626FE7" w:rsidP="00E85E62">
      <w:pPr>
        <w:spacing w:after="0"/>
        <w:rPr>
          <w:lang w:val="de-CH"/>
        </w:rPr>
      </w:pPr>
    </w:p>
    <w:p w14:paraId="400DE9B7" w14:textId="77777777" w:rsidR="001F34C8" w:rsidRDefault="001F34C8" w:rsidP="00E85E62">
      <w:pPr>
        <w:spacing w:after="0"/>
        <w:rPr>
          <w:lang w:val="de-CH"/>
        </w:rPr>
      </w:pPr>
    </w:p>
    <w:p w14:paraId="5926A4EF" w14:textId="749B24DF" w:rsidR="001F34C8" w:rsidRDefault="001F34C8" w:rsidP="00E85E62">
      <w:pPr>
        <w:spacing w:after="0"/>
        <w:rPr>
          <w:lang w:val="de-CH"/>
        </w:rPr>
      </w:pPr>
      <w:r>
        <w:rPr>
          <w:lang w:val="de-CH"/>
        </w:rPr>
        <w:t>Luzern, 19. Januar 2026</w:t>
      </w:r>
    </w:p>
    <w:p w14:paraId="51D57720" w14:textId="77777777" w:rsidR="001F34C8" w:rsidRDefault="001F34C8" w:rsidP="00E85E62">
      <w:pPr>
        <w:spacing w:after="0"/>
        <w:rPr>
          <w:lang w:val="de-CH"/>
        </w:rPr>
      </w:pPr>
    </w:p>
    <w:p w14:paraId="3078528B" w14:textId="77777777" w:rsidR="001F34C8" w:rsidRDefault="001F34C8" w:rsidP="00E85E62">
      <w:pPr>
        <w:spacing w:after="0"/>
        <w:rPr>
          <w:lang w:val="de-CH"/>
        </w:rPr>
      </w:pPr>
    </w:p>
    <w:p w14:paraId="053263AE" w14:textId="77777777" w:rsidR="001F34C8" w:rsidRDefault="001F34C8" w:rsidP="00E85E62">
      <w:pPr>
        <w:spacing w:after="0"/>
        <w:rPr>
          <w:lang w:val="de-CH"/>
        </w:rPr>
      </w:pPr>
    </w:p>
    <w:p w14:paraId="5DACA197" w14:textId="73DBC077" w:rsidR="001F34C8" w:rsidRDefault="001F34C8" w:rsidP="001F34C8">
      <w:pPr>
        <w:tabs>
          <w:tab w:val="left" w:pos="5103"/>
        </w:tabs>
        <w:spacing w:after="0"/>
        <w:rPr>
          <w:lang w:val="de-CH"/>
        </w:rPr>
      </w:pPr>
      <w:r>
        <w:rPr>
          <w:lang w:val="de-CH"/>
        </w:rPr>
        <w:t>Der Präsident:</w:t>
      </w:r>
      <w:r>
        <w:rPr>
          <w:lang w:val="de-CH"/>
        </w:rPr>
        <w:tab/>
        <w:t>Der Kassier</w:t>
      </w:r>
    </w:p>
    <w:p w14:paraId="346B8719" w14:textId="77777777" w:rsidR="001F34C8" w:rsidRDefault="001F34C8" w:rsidP="00E85E62">
      <w:pPr>
        <w:spacing w:after="0"/>
        <w:rPr>
          <w:lang w:val="de-CH"/>
        </w:rPr>
      </w:pPr>
    </w:p>
    <w:p w14:paraId="2B9D1DDF" w14:textId="77777777" w:rsidR="001F34C8" w:rsidRDefault="001F34C8" w:rsidP="00E85E62">
      <w:pPr>
        <w:spacing w:after="0"/>
        <w:rPr>
          <w:lang w:val="de-CH"/>
        </w:rPr>
      </w:pPr>
    </w:p>
    <w:p w14:paraId="41FC4650" w14:textId="0713365E" w:rsidR="001F34C8" w:rsidRDefault="001F34C8" w:rsidP="00E85E62">
      <w:pPr>
        <w:spacing w:after="0"/>
        <w:rPr>
          <w:lang w:val="de-CH"/>
        </w:rPr>
      </w:pPr>
    </w:p>
    <w:p w14:paraId="73110929" w14:textId="05933DB7" w:rsidR="001F34C8" w:rsidRPr="00844222" w:rsidRDefault="001F34C8" w:rsidP="001F34C8">
      <w:pPr>
        <w:tabs>
          <w:tab w:val="left" w:pos="5103"/>
        </w:tabs>
        <w:spacing w:after="0"/>
        <w:rPr>
          <w:lang w:val="de-CH"/>
        </w:rPr>
      </w:pPr>
      <w:r>
        <w:rPr>
          <w:lang w:val="de-CH"/>
        </w:rPr>
        <w:t>Thomas Gmür</w:t>
      </w:r>
      <w:r>
        <w:rPr>
          <w:lang w:val="de-CH"/>
        </w:rPr>
        <w:tab/>
        <w:t>Benjamin Koch</w:t>
      </w:r>
    </w:p>
    <w:sectPr w:rsidR="001F34C8" w:rsidRPr="00844222" w:rsidSect="00D7674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3119" w:right="1800" w:bottom="993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794367" w14:textId="77777777" w:rsidR="00F6490E" w:rsidRDefault="00F6490E" w:rsidP="00844222">
      <w:pPr>
        <w:spacing w:after="0" w:line="240" w:lineRule="auto"/>
      </w:pPr>
      <w:r>
        <w:separator/>
      </w:r>
    </w:p>
  </w:endnote>
  <w:endnote w:type="continuationSeparator" w:id="0">
    <w:p w14:paraId="5AF44BC3" w14:textId="77777777" w:rsidR="00F6490E" w:rsidRDefault="00F6490E" w:rsidP="008442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746061" w14:textId="77777777" w:rsidR="00076CAB" w:rsidRDefault="00076CA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A09CE0" w14:textId="78A761CA" w:rsidR="00C02C97" w:rsidRPr="00076CAB" w:rsidRDefault="00C02C97" w:rsidP="00076CAB">
    <w:pPr>
      <w:pStyle w:val="Fuzeile"/>
      <w:tabs>
        <w:tab w:val="clear" w:pos="4680"/>
      </w:tabs>
      <w:rPr>
        <w:sz w:val="20"/>
        <w:szCs w:val="20"/>
        <w:lang w:val="de-CH"/>
      </w:rPr>
    </w:pPr>
    <w:r w:rsidRPr="00076CAB">
      <w:rPr>
        <w:sz w:val="20"/>
        <w:szCs w:val="20"/>
        <w:lang w:val="de-CH"/>
      </w:rPr>
      <w:t xml:space="preserve">Statuten Gesellschaft zur Waage </w:t>
    </w:r>
    <w:r w:rsidR="00076CAB" w:rsidRPr="00076CAB">
      <w:rPr>
        <w:sz w:val="20"/>
        <w:szCs w:val="20"/>
        <w:lang w:val="de-CH"/>
      </w:rPr>
      <w:t xml:space="preserve">Luzern </w:t>
    </w:r>
    <w:r w:rsidR="00076CAB" w:rsidRPr="00076CAB">
      <w:rPr>
        <w:sz w:val="20"/>
        <w:szCs w:val="20"/>
        <w:lang w:val="de-CH"/>
      </w:rPr>
      <w:tab/>
    </w:r>
    <w:r w:rsidRPr="00076CAB">
      <w:rPr>
        <w:sz w:val="20"/>
        <w:szCs w:val="20"/>
        <w:lang w:val="de-CH"/>
      </w:rPr>
      <w:t xml:space="preserve">Seite </w:t>
    </w:r>
    <w:r w:rsidRPr="00076CAB">
      <w:rPr>
        <w:sz w:val="20"/>
        <w:szCs w:val="20"/>
        <w:lang w:val="de-CH"/>
      </w:rPr>
      <w:fldChar w:fldCharType="begin"/>
    </w:r>
    <w:r w:rsidRPr="00076CAB">
      <w:rPr>
        <w:sz w:val="20"/>
        <w:szCs w:val="20"/>
        <w:lang w:val="de-CH"/>
      </w:rPr>
      <w:instrText xml:space="preserve"> PAGE   \* MERGEFORMAT </w:instrText>
    </w:r>
    <w:r w:rsidRPr="00076CAB">
      <w:rPr>
        <w:sz w:val="20"/>
        <w:szCs w:val="20"/>
        <w:lang w:val="de-CH"/>
      </w:rPr>
      <w:fldChar w:fldCharType="separate"/>
    </w:r>
    <w:r w:rsidRPr="00076CAB">
      <w:rPr>
        <w:noProof/>
        <w:sz w:val="20"/>
        <w:szCs w:val="20"/>
        <w:lang w:val="de-CH"/>
      </w:rPr>
      <w:t>5</w:t>
    </w:r>
    <w:r w:rsidRPr="00076CAB">
      <w:rPr>
        <w:sz w:val="20"/>
        <w:szCs w:val="20"/>
        <w:lang w:val="de-CH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2A6471" w14:textId="77777777" w:rsidR="00076CAB" w:rsidRDefault="00076CA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A2E1AC" w14:textId="77777777" w:rsidR="00F6490E" w:rsidRDefault="00F6490E" w:rsidP="00844222">
      <w:pPr>
        <w:spacing w:after="0" w:line="240" w:lineRule="auto"/>
      </w:pPr>
      <w:r>
        <w:separator/>
      </w:r>
    </w:p>
  </w:footnote>
  <w:footnote w:type="continuationSeparator" w:id="0">
    <w:p w14:paraId="579BE26B" w14:textId="77777777" w:rsidR="00F6490E" w:rsidRDefault="00F6490E" w:rsidP="008442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7489A9" w14:textId="77777777" w:rsidR="00076CAB" w:rsidRDefault="00076CA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E56EAB" w14:textId="554A6CB9" w:rsidR="00844222" w:rsidRDefault="00844222">
    <w:pPr>
      <w:pStyle w:val="Kopfzeile"/>
    </w:pPr>
    <w:r>
      <w:rPr>
        <w:noProof/>
      </w:rPr>
      <w:drawing>
        <wp:anchor distT="0" distB="0" distL="114300" distR="114300" simplePos="0" relativeHeight="251657728" behindDoc="1" locked="0" layoutInCell="1" allowOverlap="1" wp14:anchorId="2339D365" wp14:editId="3EBEC62D">
          <wp:simplePos x="0" y="0"/>
          <wp:positionH relativeFrom="column">
            <wp:posOffset>-713105</wp:posOffset>
          </wp:positionH>
          <wp:positionV relativeFrom="paragraph">
            <wp:posOffset>-191135</wp:posOffset>
          </wp:positionV>
          <wp:extent cx="2098800" cy="1573200"/>
          <wp:effectExtent l="0" t="0" r="0" b="8255"/>
          <wp:wrapNone/>
          <wp:docPr id="425959614" name="Grafik 2" descr="Ein Bild, das Schrift, Handschrift, Symbol, weiß enthält.&#10;&#10;KI-generierte Inhalte können fehlerhaft sei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47000002" name="Grafik 2" descr="Ein Bild, das Schrift, Handschrift, Symbol, weiß enthält.&#10;&#10;KI-generierte Inhalte können fehlerhaft sein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98800" cy="1573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CE9E2E" w14:textId="77777777" w:rsidR="00076CAB" w:rsidRDefault="00076CAB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numm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numm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Aufzhlungszeich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Aufzhlungszeich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56C3CB2"/>
    <w:multiLevelType w:val="hybridMultilevel"/>
    <w:tmpl w:val="DFBA7EA4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9B7534B"/>
    <w:multiLevelType w:val="hybridMultilevel"/>
    <w:tmpl w:val="C4EAD520"/>
    <w:lvl w:ilvl="0" w:tplc="467EB0E4">
      <w:start w:val="3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2C627B"/>
    <w:multiLevelType w:val="hybridMultilevel"/>
    <w:tmpl w:val="4C1AE368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4E5141"/>
    <w:multiLevelType w:val="hybridMultilevel"/>
    <w:tmpl w:val="C2A4C918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62716ED"/>
    <w:multiLevelType w:val="hybridMultilevel"/>
    <w:tmpl w:val="4A4A7F08"/>
    <w:lvl w:ilvl="0" w:tplc="0807000F">
      <w:start w:val="1"/>
      <w:numFmt w:val="decima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D47537"/>
    <w:multiLevelType w:val="hybridMultilevel"/>
    <w:tmpl w:val="3D901772"/>
    <w:lvl w:ilvl="0" w:tplc="0807000F">
      <w:start w:val="1"/>
      <w:numFmt w:val="decima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7696834">
    <w:abstractNumId w:val="8"/>
  </w:num>
  <w:num w:numId="2" w16cid:durableId="398095773">
    <w:abstractNumId w:val="6"/>
  </w:num>
  <w:num w:numId="3" w16cid:durableId="705565899">
    <w:abstractNumId w:val="5"/>
  </w:num>
  <w:num w:numId="4" w16cid:durableId="669678747">
    <w:abstractNumId w:val="4"/>
  </w:num>
  <w:num w:numId="5" w16cid:durableId="1689914732">
    <w:abstractNumId w:val="7"/>
  </w:num>
  <w:num w:numId="6" w16cid:durableId="1816946786">
    <w:abstractNumId w:val="3"/>
  </w:num>
  <w:num w:numId="7" w16cid:durableId="857935574">
    <w:abstractNumId w:val="2"/>
  </w:num>
  <w:num w:numId="8" w16cid:durableId="742877778">
    <w:abstractNumId w:val="1"/>
  </w:num>
  <w:num w:numId="9" w16cid:durableId="2047560301">
    <w:abstractNumId w:val="0"/>
  </w:num>
  <w:num w:numId="10" w16cid:durableId="559949587">
    <w:abstractNumId w:val="13"/>
  </w:num>
  <w:num w:numId="11" w16cid:durableId="1542286385">
    <w:abstractNumId w:val="9"/>
  </w:num>
  <w:num w:numId="12" w16cid:durableId="1694650714">
    <w:abstractNumId w:val="12"/>
  </w:num>
  <w:num w:numId="13" w16cid:durableId="670720233">
    <w:abstractNumId w:val="10"/>
  </w:num>
  <w:num w:numId="14" w16cid:durableId="1146242260">
    <w:abstractNumId w:val="14"/>
  </w:num>
  <w:num w:numId="15" w16cid:durableId="2162108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76CAB"/>
    <w:rsid w:val="0015074B"/>
    <w:rsid w:val="001E722B"/>
    <w:rsid w:val="001F34C8"/>
    <w:rsid w:val="0029639D"/>
    <w:rsid w:val="00326F90"/>
    <w:rsid w:val="00626FE7"/>
    <w:rsid w:val="0065448B"/>
    <w:rsid w:val="00844222"/>
    <w:rsid w:val="00AA1D8D"/>
    <w:rsid w:val="00B0133C"/>
    <w:rsid w:val="00B47730"/>
    <w:rsid w:val="00C02C97"/>
    <w:rsid w:val="00C829CE"/>
    <w:rsid w:val="00CB0664"/>
    <w:rsid w:val="00D7674E"/>
    <w:rsid w:val="00E85E62"/>
    <w:rsid w:val="00EF4898"/>
    <w:rsid w:val="00F6490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;"/>
  <w14:docId w14:val="24062061"/>
  <w14:defaultImageDpi w14:val="300"/>
  <w15:docId w15:val="{A74FA353-368D-43C5-A638-5D7134506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C693F"/>
    <w:rPr>
      <w:rFonts w:ascii="Calibri" w:hAnsi="Calibri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618BF"/>
  </w:style>
  <w:style w:type="paragraph" w:styleId="Fuzeile">
    <w:name w:val="footer"/>
    <w:basedOn w:val="Standard"/>
    <w:link w:val="Fu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618BF"/>
  </w:style>
  <w:style w:type="paragraph" w:styleId="KeinLeerraum">
    <w:name w:val="No Spacing"/>
    <w:uiPriority w:val="1"/>
    <w:qFormat/>
    <w:rsid w:val="00FC693F"/>
    <w:pPr>
      <w:spacing w:after="0" w:line="240" w:lineRule="auto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rd"/>
    <w:next w:val="Standard"/>
    <w:link w:val="TitelZch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nabsatz">
    <w:name w:val="List Paragraph"/>
    <w:basedOn w:val="Standard"/>
    <w:uiPriority w:val="34"/>
    <w:qFormat/>
    <w:rsid w:val="00FC693F"/>
    <w:pPr>
      <w:ind w:left="720"/>
      <w:contextualSpacing/>
    </w:pPr>
  </w:style>
  <w:style w:type="paragraph" w:styleId="Textkrper">
    <w:name w:val="Body Text"/>
    <w:basedOn w:val="Standard"/>
    <w:link w:val="TextkrperZchn"/>
    <w:uiPriority w:val="99"/>
    <w:unhideWhenUsed/>
    <w:rsid w:val="00AA1D8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rsid w:val="00AA1D8D"/>
  </w:style>
  <w:style w:type="paragraph" w:styleId="Textkrper2">
    <w:name w:val="Body Text 2"/>
    <w:basedOn w:val="Standard"/>
    <w:link w:val="Textkrper2Zchn"/>
    <w:uiPriority w:val="99"/>
    <w:unhideWhenUsed/>
    <w:rsid w:val="00AA1D8D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rsid w:val="00AA1D8D"/>
  </w:style>
  <w:style w:type="paragraph" w:styleId="Textkrper3">
    <w:name w:val="Body Text 3"/>
    <w:basedOn w:val="Standard"/>
    <w:link w:val="Textkrper3Zch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rsid w:val="00AA1D8D"/>
    <w:rPr>
      <w:sz w:val="16"/>
      <w:szCs w:val="16"/>
    </w:rPr>
  </w:style>
  <w:style w:type="paragraph" w:styleId="Liste">
    <w:name w:val="List"/>
    <w:basedOn w:val="Standard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Standard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Standard"/>
    <w:uiPriority w:val="99"/>
    <w:unhideWhenUsed/>
    <w:rsid w:val="00326F90"/>
    <w:pPr>
      <w:ind w:left="1080" w:hanging="360"/>
      <w:contextualSpacing/>
    </w:pPr>
  </w:style>
  <w:style w:type="paragraph" w:styleId="Aufzhlungszeichen">
    <w:name w:val="List Bullet"/>
    <w:basedOn w:val="Standard"/>
    <w:uiPriority w:val="99"/>
    <w:unhideWhenUsed/>
    <w:rsid w:val="00326F90"/>
    <w:pPr>
      <w:numPr>
        <w:numId w:val="1"/>
      </w:numPr>
      <w:contextualSpacing/>
    </w:pPr>
  </w:style>
  <w:style w:type="paragraph" w:styleId="Aufzhlungszeichen2">
    <w:name w:val="List Bullet 2"/>
    <w:basedOn w:val="Standard"/>
    <w:uiPriority w:val="99"/>
    <w:unhideWhenUsed/>
    <w:rsid w:val="00326F90"/>
    <w:pPr>
      <w:numPr>
        <w:numId w:val="2"/>
      </w:numPr>
      <w:contextualSpacing/>
    </w:pPr>
  </w:style>
  <w:style w:type="paragraph" w:styleId="Aufzhlungszeichen3">
    <w:name w:val="List Bullet 3"/>
    <w:basedOn w:val="Standard"/>
    <w:uiPriority w:val="99"/>
    <w:unhideWhenUsed/>
    <w:rsid w:val="00326F90"/>
    <w:pPr>
      <w:numPr>
        <w:numId w:val="3"/>
      </w:numPr>
      <w:contextualSpacing/>
    </w:pPr>
  </w:style>
  <w:style w:type="paragraph" w:styleId="Listennummer">
    <w:name w:val="List Number"/>
    <w:basedOn w:val="Standard"/>
    <w:uiPriority w:val="99"/>
    <w:unhideWhenUsed/>
    <w:rsid w:val="00326F90"/>
    <w:pPr>
      <w:numPr>
        <w:numId w:val="5"/>
      </w:numPr>
      <w:contextualSpacing/>
    </w:pPr>
  </w:style>
  <w:style w:type="paragraph" w:styleId="Listennummer2">
    <w:name w:val="List Number 2"/>
    <w:basedOn w:val="Standard"/>
    <w:uiPriority w:val="99"/>
    <w:unhideWhenUsed/>
    <w:rsid w:val="0029639D"/>
    <w:pPr>
      <w:numPr>
        <w:numId w:val="6"/>
      </w:numPr>
      <w:contextualSpacing/>
    </w:pPr>
  </w:style>
  <w:style w:type="paragraph" w:styleId="Listennummer3">
    <w:name w:val="List Number 3"/>
    <w:basedOn w:val="Standard"/>
    <w:uiPriority w:val="99"/>
    <w:unhideWhenUsed/>
    <w:rsid w:val="0029639D"/>
    <w:pPr>
      <w:numPr>
        <w:numId w:val="7"/>
      </w:numPr>
      <w:contextualSpacing/>
    </w:pPr>
  </w:style>
  <w:style w:type="paragraph" w:styleId="Listenfortsetzung">
    <w:name w:val="List Continue"/>
    <w:basedOn w:val="Standard"/>
    <w:uiPriority w:val="99"/>
    <w:unhideWhenUsed/>
    <w:rsid w:val="0029639D"/>
    <w:pPr>
      <w:spacing w:after="120"/>
      <w:ind w:left="360"/>
      <w:contextualSpacing/>
    </w:pPr>
  </w:style>
  <w:style w:type="paragraph" w:styleId="Listenfortsetzung2">
    <w:name w:val="List Continue 2"/>
    <w:basedOn w:val="Standard"/>
    <w:uiPriority w:val="99"/>
    <w:unhideWhenUsed/>
    <w:rsid w:val="0029639D"/>
    <w:pPr>
      <w:spacing w:after="120"/>
      <w:ind w:left="720"/>
      <w:contextualSpacing/>
    </w:pPr>
  </w:style>
  <w:style w:type="paragraph" w:styleId="Listenfortsetzung3">
    <w:name w:val="List Continue 3"/>
    <w:basedOn w:val="Standard"/>
    <w:uiPriority w:val="99"/>
    <w:unhideWhenUsed/>
    <w:rsid w:val="0029639D"/>
    <w:pPr>
      <w:spacing w:after="120"/>
      <w:ind w:left="1080"/>
      <w:contextualSpacing/>
    </w:pPr>
  </w:style>
  <w:style w:type="paragraph" w:styleId="Makrotext">
    <w:name w:val="macro"/>
    <w:link w:val="MakrotextZch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xtZchn">
    <w:name w:val="Makrotext Zchn"/>
    <w:basedOn w:val="Absatz-Standardschriftart"/>
    <w:link w:val="Makrotext"/>
    <w:uiPriority w:val="99"/>
    <w:rsid w:val="0029639D"/>
    <w:rPr>
      <w:rFonts w:ascii="Courier" w:hAnsi="Courier"/>
      <w:sz w:val="20"/>
      <w:szCs w:val="20"/>
    </w:rPr>
  </w:style>
  <w:style w:type="paragraph" w:styleId="Zitat">
    <w:name w:val="Quote"/>
    <w:basedOn w:val="Standard"/>
    <w:next w:val="Standard"/>
    <w:link w:val="ZitatZchn"/>
    <w:uiPriority w:val="29"/>
    <w:qFormat/>
    <w:rsid w:val="00FC693F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FC693F"/>
    <w:rPr>
      <w:i/>
      <w:iCs/>
      <w:color w:val="000000" w:themeColor="text1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ett">
    <w:name w:val="Strong"/>
    <w:basedOn w:val="Absatz-Standardschriftart"/>
    <w:uiPriority w:val="22"/>
    <w:qFormat/>
    <w:rsid w:val="00FC693F"/>
    <w:rPr>
      <w:b/>
      <w:bCs/>
    </w:rPr>
  </w:style>
  <w:style w:type="character" w:styleId="Hervorhebung">
    <w:name w:val="Emphasis"/>
    <w:basedOn w:val="Absatz-Standardschriftart"/>
    <w:uiPriority w:val="20"/>
    <w:qFormat/>
    <w:rsid w:val="00FC693F"/>
    <w:rPr>
      <w:i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C693F"/>
    <w:rPr>
      <w:b/>
      <w:bCs/>
      <w:i/>
      <w:iCs/>
      <w:color w:val="4F81BD" w:themeColor="accent1"/>
    </w:rPr>
  </w:style>
  <w:style w:type="character" w:styleId="SchwacheHervorhebung">
    <w:name w:val="Subtle Emphasis"/>
    <w:basedOn w:val="Absatz-Standardschriftart"/>
    <w:uiPriority w:val="19"/>
    <w:qFormat/>
    <w:rsid w:val="00FC693F"/>
    <w:rPr>
      <w:i/>
      <w:iCs/>
      <w:color w:val="808080" w:themeColor="text1" w:themeTint="7F"/>
    </w:rPr>
  </w:style>
  <w:style w:type="character" w:styleId="IntensiveHervorhebung">
    <w:name w:val="Intense Emphasis"/>
    <w:basedOn w:val="Absatz-Standardschriftart"/>
    <w:uiPriority w:val="21"/>
    <w:qFormat/>
    <w:rsid w:val="00FC693F"/>
    <w:rPr>
      <w:b/>
      <w:bCs/>
      <w:i/>
      <w:iCs/>
      <w:color w:val="4F81BD" w:themeColor="accent1"/>
    </w:rPr>
  </w:style>
  <w:style w:type="character" w:styleId="SchwacherVerweis">
    <w:name w:val="Subtle Reference"/>
    <w:basedOn w:val="Absatz-Standardschriftart"/>
    <w:uiPriority w:val="31"/>
    <w:qFormat/>
    <w:rsid w:val="00FC693F"/>
    <w:rPr>
      <w:smallCaps/>
      <w:color w:val="C0504D" w:themeColor="accent2"/>
      <w:u w:val="single"/>
    </w:rPr>
  </w:style>
  <w:style w:type="character" w:styleId="IntensiverVerweis">
    <w:name w:val="Intense Reference"/>
    <w:basedOn w:val="Absatz-Standardschriftar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uchtitel">
    <w:name w:val="Book Title"/>
    <w:basedOn w:val="Absatz-Standardschriftart"/>
    <w:uiPriority w:val="33"/>
    <w:qFormat/>
    <w:rsid w:val="00FC693F"/>
    <w:rPr>
      <w:b/>
      <w:bCs/>
      <w:smallCaps/>
      <w:spacing w:val="5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FC693F"/>
    <w:pPr>
      <w:outlineLvl w:val="9"/>
    </w:pPr>
  </w:style>
  <w:style w:type="table" w:styleId="Tabellenraster">
    <w:name w:val="Table Grid"/>
    <w:basedOn w:val="NormaleTabel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Schattierung">
    <w:name w:val="Light Shading"/>
    <w:basedOn w:val="NormaleTabel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leSchattierung-Akzent1">
    <w:name w:val="Light Shading Accent 1"/>
    <w:basedOn w:val="NormaleTabel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HelleSchattierung-Akzent2">
    <w:name w:val="Light Shading Accent 2"/>
    <w:basedOn w:val="NormaleTabel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HelleSchattierung-Akzent3">
    <w:name w:val="Light Shading Accent 3"/>
    <w:basedOn w:val="NormaleTabel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HelleSchattierung-Akzent4">
    <w:name w:val="Light Shading Accent 4"/>
    <w:basedOn w:val="NormaleTabel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HelleSchattierung-Akzent5">
    <w:name w:val="Light Shading Accent 5"/>
    <w:basedOn w:val="NormaleTabel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HelleSchattierung-Akzent6">
    <w:name w:val="Light Shading Accent 6"/>
    <w:basedOn w:val="NormaleTabel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HelleListe">
    <w:name w:val="Light List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Liste-Akzent1">
    <w:name w:val="Light List Accent 1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HelleListe-Akzent2">
    <w:name w:val="Light List Accent 2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HelleListe-Akzent3">
    <w:name w:val="Light List Accent 3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HelleListe-Akzent4">
    <w:name w:val="Light List Accent 4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HelleListe-Akzent5">
    <w:name w:val="Light List Accent 5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HelleListe-Akzent6">
    <w:name w:val="Light List Accent 6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HellesRaster">
    <w:name w:val="Light Grid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sRaster-Akzent1">
    <w:name w:val="Light Grid Accent 1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HellesRaster-Akzent2">
    <w:name w:val="Light Grid Accent 2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HellesRaster-Akzent3">
    <w:name w:val="Light Grid Accent 3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HellesRaster-Akzent4">
    <w:name w:val="Light Grid Accent 4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HellesRaster-Akzent5">
    <w:name w:val="Light Grid Accent 5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HellesRaster-Akzent6">
    <w:name w:val="Light Grid Accent 6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ittlereSchattierung1">
    <w:name w:val="Medium Shading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2">
    <w:name w:val="Medium Shading 1 Accent 2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3">
    <w:name w:val="Medium Shading 1 Accent 3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4">
    <w:name w:val="Medium Shading 1 Accent 4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5">
    <w:name w:val="Medium Shading 1 Accent 5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">
    <w:name w:val="Medium Shading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1">
    <w:name w:val="Medium Shading 2 Accent 1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2">
    <w:name w:val="Medium Shading 2 Accent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3">
    <w:name w:val="Medium Shading 2 Accent 3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6">
    <w:name w:val="Medium Shading 2 Accent 6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Liste1">
    <w:name w:val="Medium Lis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Liste1-Akzent1">
    <w:name w:val="Medium List 1 Accen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ttlereListe1-Akzent2">
    <w:name w:val="Medium List 1 Accent 2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ttlereListe1-Akzent3">
    <w:name w:val="Medium List 1 Accent 3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ttlereListe1-Akzent4">
    <w:name w:val="Medium List 1 Accent 4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ttlereListe1-Akzent5">
    <w:name w:val="Medium List 1 Accent 5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ttlereListe1-Akzent6">
    <w:name w:val="Medium List 1 Accent 6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ttlereListe2">
    <w:name w:val="Medium Lis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1">
    <w:name w:val="Medium List 2 Accent 1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2">
    <w:name w:val="Medium List 2 Accen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3">
    <w:name w:val="Medium List 2 Accent 3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4">
    <w:name w:val="Medium List 2 Accent 4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5">
    <w:name w:val="Medium List 2 Accent 5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6">
    <w:name w:val="Medium List 2 Accent 6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sRaster1">
    <w:name w:val="Medium Grid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sRaster1-Akzent1">
    <w:name w:val="Medium Grid 1 Accent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ttleresRaster1-Akzent2">
    <w:name w:val="Medium Grid 1 Accent 2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ttleresRaster1-Akzent3">
    <w:name w:val="Medium Grid 1 Accent 3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ttleresRaster1-Akzent4">
    <w:name w:val="Medium Grid 1 Accent 4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ttleresRaster1-Akzent5">
    <w:name w:val="Medium Grid 1 Accent 5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ttleresRaster1-Akzent6">
    <w:name w:val="Medium Grid 1 Accent 6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ttleresRaster2">
    <w:name w:val="Medium Grid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1">
    <w:name w:val="Medium Grid 2 Accent 1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2">
    <w:name w:val="Medium Grid 2 Accent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3">
    <w:name w:val="Medium Grid 2 Accent 3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4">
    <w:name w:val="Medium Grid 2 Accent 4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5">
    <w:name w:val="Medium Grid 2 Accent 5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6">
    <w:name w:val="Medium Grid 2 Accent 6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3">
    <w:name w:val="Medium Grid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3-Akzent1">
    <w:name w:val="Medium Grid 3 Accent 1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ttleresRaster3-Akzent2">
    <w:name w:val="Medium Grid 3 Accent 2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ttleresRaster3-Akzent3">
    <w:name w:val="Medium Grid 3 Accent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ttleresRaster3-Akzent4">
    <w:name w:val="Medium Grid 3 Accent 4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ttleresRaster3-Akzent5">
    <w:name w:val="Medium Grid 3 Accent 5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ttleresRaster3-Akzent6">
    <w:name w:val="Medium Grid 3 Accent 6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unkleListe">
    <w:name w:val="Dark List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unkleListe-Akzent1">
    <w:name w:val="Dark List Accent 1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unkleListe-Akzent2">
    <w:name w:val="Dark List Accent 2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unkleListe-Akzent3">
    <w:name w:val="Dark List Accent 3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unkleListe-Akzent4">
    <w:name w:val="Dark List Accent 4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unkleListe-Akzent5">
    <w:name w:val="Dark List Accent 5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unkleListe-Akzent6">
    <w:name w:val="Dark List Accent 6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bigeSchattierung">
    <w:name w:val="Colorful Shading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1">
    <w:name w:val="Colorful Shading Accent 1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2">
    <w:name w:val="Colorful Shading Accent 2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3">
    <w:name w:val="Colorful Shading Accent 3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chattierung-Akzent4">
    <w:name w:val="Colorful Shading Accent 4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5">
    <w:name w:val="Colorful Shading Accent 5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6">
    <w:name w:val="Colorful Shading Accent 6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Liste">
    <w:name w:val="Colorful List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Liste-Akzent1">
    <w:name w:val="Colorful List Accent 1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bigeListe-Akzent2">
    <w:name w:val="Colorful List Accent 2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bigeListe-Akzent3">
    <w:name w:val="Colorful List Accent 3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bigeListe-Akzent4">
    <w:name w:val="Colorful List Accent 4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bigeListe-Akzent5">
    <w:name w:val="Colorful List Accent 5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bigeListe-Akzent6">
    <w:name w:val="Colorful List Accent 6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bigesRaster">
    <w:name w:val="Colorful Grid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sRaster-Akzent1">
    <w:name w:val="Colorful Grid Accent 1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bigesRaster-Akzent2">
    <w:name w:val="Colorful Grid Accent 2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bigesRaster-Akzent3">
    <w:name w:val="Colorful Grid Accent 3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Raster-Akzent4">
    <w:name w:val="Colorful Grid Accent 4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bigesRaster-Akzent5">
    <w:name w:val="Colorful Grid Accent 5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bigesRaster-Akzent6">
    <w:name w:val="Colorful Grid Accent 6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826</Words>
  <Characters>5205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6019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Benjamin Koch</cp:lastModifiedBy>
  <cp:revision>11</cp:revision>
  <dcterms:created xsi:type="dcterms:W3CDTF">2013-12-23T23:15:00Z</dcterms:created>
  <dcterms:modified xsi:type="dcterms:W3CDTF">2026-01-19T14:19:00Z</dcterms:modified>
  <cp:category/>
</cp:coreProperties>
</file>